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03" w:rsidRDefault="00E11603" w:rsidP="00923A6C">
      <w:pPr>
        <w:widowControl w:val="0"/>
        <w:autoSpaceDE w:val="0"/>
        <w:autoSpaceDN w:val="0"/>
        <w:spacing w:before="60" w:after="0" w:line="240" w:lineRule="auto"/>
        <w:ind w:right="25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051431" cy="960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577" cy="96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03" w:rsidRDefault="00E11603" w:rsidP="00E11603">
      <w:pPr>
        <w:widowControl w:val="0"/>
        <w:autoSpaceDE w:val="0"/>
        <w:autoSpaceDN w:val="0"/>
        <w:spacing w:before="60" w:after="0" w:line="240" w:lineRule="auto"/>
        <w:ind w:right="251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11603" w:rsidRDefault="00E11603" w:rsidP="00923A6C">
      <w:pPr>
        <w:widowControl w:val="0"/>
        <w:autoSpaceDE w:val="0"/>
        <w:autoSpaceDN w:val="0"/>
        <w:spacing w:before="60" w:after="0" w:line="240" w:lineRule="auto"/>
        <w:ind w:right="25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11603" w:rsidRDefault="00E11603" w:rsidP="00923A6C">
      <w:pPr>
        <w:widowControl w:val="0"/>
        <w:autoSpaceDE w:val="0"/>
        <w:autoSpaceDN w:val="0"/>
        <w:spacing w:before="60" w:after="0" w:line="240" w:lineRule="auto"/>
        <w:ind w:right="25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23A6C" w:rsidRPr="00923A6C" w:rsidRDefault="00923A6C" w:rsidP="00923A6C">
      <w:pPr>
        <w:widowControl w:val="0"/>
        <w:autoSpaceDE w:val="0"/>
        <w:autoSpaceDN w:val="0"/>
        <w:spacing w:before="60" w:after="0" w:line="240" w:lineRule="auto"/>
        <w:ind w:right="25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РАБОЧАЯ</w:t>
      </w:r>
      <w:r w:rsidRPr="00923A6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ПРОГРАММА</w:t>
      </w:r>
      <w:r w:rsidRPr="00923A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923A6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ПРЕДМЕТУ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2516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«МАТЕМАТИКА»</w:t>
      </w:r>
    </w:p>
    <w:p w:rsidR="00923A6C" w:rsidRPr="00923A6C" w:rsidRDefault="00923A6C" w:rsidP="00923A6C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23A6C" w:rsidRPr="00923A6C" w:rsidRDefault="00923A6C" w:rsidP="00923A6C">
      <w:pPr>
        <w:widowControl w:val="0"/>
        <w:tabs>
          <w:tab w:val="left" w:pos="4567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I.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  <w:t>Пояснительная</w:t>
      </w:r>
      <w:r w:rsidRPr="00923A6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записка</w:t>
      </w:r>
    </w:p>
    <w:p w:rsidR="00923A6C" w:rsidRPr="00923A6C" w:rsidRDefault="00923A6C" w:rsidP="00923A6C">
      <w:pPr>
        <w:widowControl w:val="0"/>
        <w:numPr>
          <w:ilvl w:val="1"/>
          <w:numId w:val="16"/>
        </w:numPr>
        <w:tabs>
          <w:tab w:val="left" w:pos="520"/>
        </w:tabs>
        <w:autoSpaceDE w:val="0"/>
        <w:autoSpaceDN w:val="0"/>
        <w:spacing w:before="41" w:after="0" w:line="240" w:lineRule="auto"/>
        <w:ind w:right="726" w:firstLine="0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Место учебного предмета в учебном плане (количество учебных часов, на которые</w:t>
      </w:r>
      <w:r w:rsidRPr="00923A6C">
        <w:rPr>
          <w:rFonts w:ascii="Times New Roman" w:eastAsia="Times New Roman" w:hAnsi="Times New Roman" w:cs="Times New Roman"/>
          <w:b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рассчитана рабочая программа в соответствии с учебным планом, календарным учебным</w:t>
      </w:r>
      <w:r w:rsidRPr="00923A6C">
        <w:rPr>
          <w:rFonts w:ascii="Times New Roman" w:eastAsia="Times New Roman" w:hAnsi="Times New Roman" w:cs="Times New Roman"/>
          <w:b/>
          <w:spacing w:val="-57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графиком,</w:t>
      </w:r>
      <w:r w:rsidRPr="00923A6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обоснование</w:t>
      </w:r>
      <w:r w:rsidRPr="00923A6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увеличения</w:t>
      </w:r>
      <w:r w:rsidRPr="00923A6C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количества</w:t>
      </w:r>
      <w:r w:rsidRPr="00923A6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учебных</w:t>
      </w:r>
      <w:r w:rsidRPr="00923A6C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часов</w:t>
      </w:r>
      <w:r w:rsidRPr="00923A6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(при</w:t>
      </w:r>
      <w:r w:rsidRPr="00923A6C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необходимости).</w:t>
      </w:r>
    </w:p>
    <w:p w:rsidR="00923A6C" w:rsidRDefault="00923A6C" w:rsidP="00923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учебный</w:t>
      </w:r>
      <w:r w:rsidRPr="00923A6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</w:t>
      </w:r>
      <w:r w:rsidRPr="00923A6C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«Математика»</w:t>
      </w:r>
      <w:r w:rsidRPr="00923A6C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1-4</w:t>
      </w:r>
      <w:r w:rsidRPr="00923A6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классах</w:t>
      </w:r>
      <w:r w:rsidRPr="00923A6C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отводится</w:t>
      </w:r>
      <w:r w:rsidRPr="00923A6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540</w:t>
      </w:r>
      <w:r w:rsidRPr="00923A6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часов.</w:t>
      </w:r>
      <w:r w:rsidRPr="00923A6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923A6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них:</w:t>
      </w:r>
      <w:r w:rsidRPr="00923A6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23A6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класс-</w:t>
      </w:r>
      <w:r w:rsidRPr="00923A6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132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часа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(4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часа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неделю,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33 учебных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недели),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2-4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классах по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136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часов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923A6C">
        <w:rPr>
          <w:rFonts w:ascii="Times New Roman" w:eastAsia="Times New Roman" w:hAnsi="Times New Roman" w:cs="Times New Roman"/>
          <w:sz w:val="18"/>
          <w:szCs w:val="24"/>
          <w:lang w:val="ru-RU"/>
        </w:rPr>
        <w:t>4 часа</w:t>
      </w:r>
      <w:r w:rsidRPr="00923A6C">
        <w:rPr>
          <w:rFonts w:ascii="Times New Roman" w:eastAsia="Times New Roman" w:hAnsi="Times New Roman" w:cs="Times New Roman"/>
          <w:spacing w:val="-3"/>
          <w:sz w:val="18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18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2"/>
          <w:sz w:val="18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18"/>
          <w:szCs w:val="24"/>
          <w:lang w:val="ru-RU"/>
        </w:rPr>
        <w:t>неделю, 34 учебных</w:t>
      </w:r>
      <w:r w:rsidRPr="00923A6C">
        <w:rPr>
          <w:rFonts w:ascii="Times New Roman" w:eastAsia="Times New Roman" w:hAnsi="Times New Roman" w:cs="Times New Roman"/>
          <w:spacing w:val="-1"/>
          <w:sz w:val="18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18"/>
          <w:szCs w:val="24"/>
          <w:lang w:val="ru-RU"/>
        </w:rPr>
        <w:t>недели).</w:t>
      </w:r>
      <w:r w:rsidR="001B00D3" w:rsidRPr="001B00D3">
        <w:rPr>
          <w:lang w:val="ru-RU"/>
        </w:rPr>
        <w:t xml:space="preserve"> </w:t>
      </w:r>
      <w:r w:rsidR="001B00D3" w:rsidRPr="001B00D3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 программа по предмету «Математика» для обучающихся 4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ru-RU"/>
        </w:rPr>
      </w:pPr>
    </w:p>
    <w:p w:rsidR="00923A6C" w:rsidRPr="00923A6C" w:rsidRDefault="00923A6C" w:rsidP="00923A6C">
      <w:pPr>
        <w:widowControl w:val="0"/>
        <w:numPr>
          <w:ilvl w:val="1"/>
          <w:numId w:val="16"/>
        </w:numPr>
        <w:tabs>
          <w:tab w:val="left" w:pos="722"/>
        </w:tabs>
        <w:autoSpaceDE w:val="0"/>
        <w:autoSpaceDN w:val="0"/>
        <w:spacing w:after="0" w:line="240" w:lineRule="auto"/>
        <w:ind w:left="2193" w:right="324" w:hanging="18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Используемый учебно-методический комплект, включая электронные ресурсы, а также</w:t>
      </w:r>
      <w:r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дополнительно</w:t>
      </w:r>
      <w:r w:rsidRPr="00923A6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используемые</w:t>
      </w:r>
      <w:r w:rsidRPr="00923A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информационные</w:t>
      </w:r>
      <w:r w:rsidRPr="00923A6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923A6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реализации</w:t>
      </w:r>
      <w:r w:rsidRPr="00923A6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программного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содержания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используются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следующие</w:t>
      </w:r>
      <w:r w:rsidRPr="00923A6C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учебные</w:t>
      </w:r>
      <w:r w:rsidRPr="00923A6C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пособия:</w:t>
      </w:r>
    </w:p>
    <w:p w:rsidR="00923A6C" w:rsidRPr="00923A6C" w:rsidRDefault="00923A6C" w:rsidP="00923A6C">
      <w:pPr>
        <w:widowControl w:val="0"/>
        <w:numPr>
          <w:ilvl w:val="0"/>
          <w:numId w:val="15"/>
        </w:numPr>
        <w:tabs>
          <w:tab w:val="left" w:pos="345"/>
        </w:tabs>
        <w:autoSpaceDE w:val="0"/>
        <w:autoSpaceDN w:val="0"/>
        <w:spacing w:after="0" w:line="240" w:lineRule="auto"/>
        <w:ind w:right="112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Математика. Учебник для 4 класса начальной школы (+CD). В двух частях. Часть 1,2/ Моро М.И. -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М.: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Просвещение, 2019.</w:t>
      </w:r>
    </w:p>
    <w:p w:rsidR="00923A6C" w:rsidRPr="00923A6C" w:rsidRDefault="00923A6C" w:rsidP="00923A6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  <w:lang w:val="ru-RU"/>
        </w:rPr>
      </w:pPr>
    </w:p>
    <w:p w:rsidR="00923A6C" w:rsidRPr="00923A6C" w:rsidRDefault="00923A6C" w:rsidP="00923A6C">
      <w:pPr>
        <w:widowControl w:val="0"/>
        <w:autoSpaceDE w:val="0"/>
        <w:autoSpaceDN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Дополнительные</w:t>
      </w:r>
      <w:r w:rsidRPr="00923A6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пособия</w:t>
      </w:r>
      <w:r w:rsidRPr="00923A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923A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Моро М.И., Волкова С.И., Степанова С.В. Математика. Математика. 4 класс. Рабочие программы.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Предметная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линия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учебников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1-4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классы: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учителей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общеобразовательных</w:t>
      </w:r>
      <w:r w:rsidRPr="00923A6C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учреждений</w:t>
      </w:r>
      <w:r w:rsidRPr="00923A6C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М.,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Просвещение, 2021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Бантова М.А., Бельтюкова Г.В., Степанова С.В. Математика. Методические рекомендации. 4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класс.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М.: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Просвещение.</w:t>
      </w:r>
    </w:p>
    <w:p w:rsidR="00923A6C" w:rsidRPr="001B00D3" w:rsidRDefault="00923A6C" w:rsidP="001B00D3">
      <w:pPr>
        <w:widowControl w:val="0"/>
        <w:autoSpaceDE w:val="0"/>
        <w:autoSpaceDN w:val="0"/>
        <w:spacing w:before="3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Информационные</w:t>
      </w:r>
      <w:r w:rsidRPr="00923A6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ресурсы:</w:t>
      </w:r>
      <w:r w:rsidR="001B00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/>
          <w:color w:val="000000"/>
          <w:sz w:val="24"/>
          <w:lang w:val="ru-RU"/>
        </w:rPr>
        <w:t xml:space="preserve">https://resh.edu.ru/ </w:t>
      </w:r>
      <w:hyperlink r:id="rId9" w:history="1">
        <w:r w:rsidRPr="00923A6C">
          <w:rPr>
            <w:rFonts w:ascii="Times New Roman" w:eastAsia="Times New Roman" w:hAnsi="Times New Roman"/>
            <w:color w:val="0000FF" w:themeColor="hyperlink"/>
            <w:sz w:val="24"/>
            <w:u w:val="single"/>
            <w:lang w:val="ru-RU"/>
          </w:rPr>
          <w:t>https://uchi.ru/</w:t>
        </w:r>
      </w:hyperlink>
    </w:p>
    <w:p w:rsidR="00923A6C" w:rsidRPr="00923A6C" w:rsidRDefault="00923A6C" w:rsidP="00923A6C">
      <w:pPr>
        <w:autoSpaceDE w:val="0"/>
        <w:autoSpaceDN w:val="0"/>
        <w:spacing w:before="166" w:after="0" w:line="240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923A6C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пособия и рабочие программы учителям начальной школы: </w:t>
      </w:r>
      <w:hyperlink r:id="rId10" w:history="1">
        <w:r w:rsidRPr="00923A6C">
          <w:rPr>
            <w:rFonts w:ascii="Times New Roman" w:eastAsia="Times New Roman" w:hAnsi="Times New Roman"/>
            <w:color w:val="0000FF" w:themeColor="hyperlink"/>
            <w:sz w:val="24"/>
            <w:u w:val="single"/>
            <w:lang w:val="ru-RU"/>
          </w:rPr>
          <w:t>http://nachalka.com</w:t>
        </w:r>
      </w:hyperlink>
    </w:p>
    <w:p w:rsidR="00923A6C" w:rsidRPr="00923A6C" w:rsidRDefault="00923A6C" w:rsidP="00923A6C">
      <w:pPr>
        <w:autoSpaceDE w:val="0"/>
        <w:autoSpaceDN w:val="0"/>
        <w:spacing w:before="166" w:after="0" w:line="240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923A6C">
        <w:rPr>
          <w:rFonts w:ascii="Times New Roman" w:eastAsia="Times New Roman" w:hAnsi="Times New Roman"/>
          <w:color w:val="000000"/>
          <w:sz w:val="24"/>
          <w:lang w:val="ru-RU"/>
        </w:rPr>
        <w:t xml:space="preserve"> Каталог учебных изданий, электронного оборудования и электронных образовательных ресурсов для общего образования </w:t>
      </w:r>
      <w:hyperlink r:id="rId11" w:history="1">
        <w:r w:rsidRPr="00923A6C">
          <w:rPr>
            <w:rFonts w:ascii="Times New Roman" w:eastAsia="Times New Roman" w:hAnsi="Times New Roman"/>
            <w:color w:val="0000FF" w:themeColor="hyperlink"/>
            <w:sz w:val="24"/>
            <w:u w:val="single"/>
            <w:lang w:val="ru-RU"/>
          </w:rPr>
          <w:t>http://www.ndce.edu.ru</w:t>
        </w:r>
      </w:hyperlink>
    </w:p>
    <w:p w:rsidR="00923A6C" w:rsidRPr="00923A6C" w:rsidRDefault="00923A6C" w:rsidP="00923A6C">
      <w:pPr>
        <w:autoSpaceDE w:val="0"/>
        <w:autoSpaceDN w:val="0"/>
        <w:spacing w:before="166" w:after="0" w:line="240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923A6C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hyperlink r:id="rId12" w:history="1">
        <w:r w:rsidRPr="00923A6C">
          <w:rPr>
            <w:rFonts w:ascii="Times New Roman" w:eastAsia="Times New Roman" w:hAnsi="Times New Roman"/>
            <w:color w:val="0000FF" w:themeColor="hyperlink"/>
            <w:sz w:val="24"/>
            <w:u w:val="single"/>
            <w:lang w:val="ru-RU"/>
          </w:rPr>
          <w:t>http://school-collection.edu.ru</w:t>
        </w:r>
      </w:hyperlink>
    </w:p>
    <w:p w:rsidR="00923A6C" w:rsidRPr="00923A6C" w:rsidRDefault="00923A6C" w:rsidP="00923A6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3A6C" w:rsidRPr="00923A6C" w:rsidRDefault="00923A6C" w:rsidP="00923A6C">
      <w:pPr>
        <w:widowControl w:val="0"/>
        <w:numPr>
          <w:ilvl w:val="1"/>
          <w:numId w:val="16"/>
        </w:numPr>
        <w:tabs>
          <w:tab w:val="left" w:pos="1228"/>
        </w:tabs>
        <w:autoSpaceDE w:val="0"/>
        <w:autoSpaceDN w:val="0"/>
        <w:spacing w:after="0" w:line="240" w:lineRule="auto"/>
        <w:ind w:left="1240" w:right="526" w:hanging="37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Планируемые результаты освоения изучения учебного предмета в соответствии с</w:t>
      </w:r>
      <w:r w:rsidRPr="00923A6C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примерными</w:t>
      </w:r>
      <w:r w:rsidRPr="00923A6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основными</w:t>
      </w:r>
      <w:r w:rsidRPr="00923A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образовательными</w:t>
      </w:r>
      <w:r w:rsidRPr="00923A6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программами</w:t>
      </w:r>
      <w:r w:rsidRPr="00923A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Pr="00923A6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образования</w:t>
      </w:r>
      <w:r w:rsidRPr="00923A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:rsidR="001B00D3" w:rsidRDefault="00923A6C" w:rsidP="001B00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образовательными</w:t>
      </w:r>
      <w:r w:rsidRPr="00923A6C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программами</w:t>
      </w:r>
      <w:r w:rsidRPr="00923A6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lang w:val="ru-RU"/>
        </w:rPr>
        <w:t>образовательной</w:t>
      </w:r>
      <w:r w:rsidRPr="00923A6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="001B00D3">
        <w:rPr>
          <w:rFonts w:ascii="Times New Roman" w:eastAsia="Times New Roman" w:hAnsi="Times New Roman" w:cs="Times New Roman"/>
          <w:b/>
          <w:sz w:val="24"/>
          <w:lang w:val="ru-RU"/>
        </w:rPr>
        <w:t>организации</w:t>
      </w:r>
    </w:p>
    <w:p w:rsidR="00923A6C" w:rsidRPr="001B00D3" w:rsidRDefault="00923A6C" w:rsidP="001B00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обеспечивает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достижение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выпускниками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школы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личностных,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метапредметных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результатов.</w:t>
      </w:r>
    </w:p>
    <w:p w:rsidR="00923A6C" w:rsidRPr="00923A6C" w:rsidRDefault="00923A6C" w:rsidP="00923A6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Личностные</w:t>
      </w:r>
      <w:r w:rsidRPr="00923A6C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результаты</w:t>
      </w:r>
      <w:bookmarkStart w:id="0" w:name="_GoBack"/>
      <w:bookmarkEnd w:id="0"/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87"/>
        </w:tabs>
        <w:autoSpaceDE w:val="0"/>
        <w:autoSpaceDN w:val="0"/>
        <w:spacing w:after="0" w:line="240" w:lineRule="auto"/>
        <w:ind w:right="124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Осознание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роли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своей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страны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мировом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развитии,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уважительное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отношение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семейным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ценностям,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бережное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отношение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 окружающему</w:t>
      </w:r>
      <w:r w:rsidRPr="00923A6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миру.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00"/>
        </w:tabs>
        <w:autoSpaceDE w:val="0"/>
        <w:autoSpaceDN w:val="0"/>
        <w:spacing w:after="0" w:line="240" w:lineRule="auto"/>
        <w:ind w:left="400" w:hanging="30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Чувство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гордости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свою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Родину,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российский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народ</w:t>
      </w:r>
      <w:r w:rsidRPr="00923A6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историю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России.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00"/>
        </w:tabs>
        <w:autoSpaceDE w:val="0"/>
        <w:autoSpaceDN w:val="0"/>
        <w:spacing w:after="0" w:line="240" w:lineRule="auto"/>
        <w:ind w:left="400" w:hanging="30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Целостное</w:t>
      </w:r>
      <w:r w:rsidRPr="00923A6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восприятие</w:t>
      </w:r>
      <w:r w:rsidRPr="00923A6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окружающего</w:t>
      </w:r>
      <w:r w:rsidRPr="00923A6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мира.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32"/>
        </w:tabs>
        <w:autoSpaceDE w:val="0"/>
        <w:autoSpaceDN w:val="0"/>
        <w:spacing w:before="1" w:after="0" w:line="240" w:lineRule="auto"/>
        <w:ind w:right="123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Развитая мотивация учебной деятельности и личностного смысла учения, заинтересованность 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приобретении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расширении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знаний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способов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действий,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творческий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подход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</w:t>
      </w:r>
      <w:r w:rsidRPr="00923A6C">
        <w:rPr>
          <w:rFonts w:ascii="Times New Roman" w:eastAsia="Times New Roman" w:hAnsi="Times New Roman" w:cs="Times New Roman"/>
          <w:spacing w:val="60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выполнению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заданий.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00"/>
        </w:tabs>
        <w:autoSpaceDE w:val="0"/>
        <w:autoSpaceDN w:val="0"/>
        <w:spacing w:after="0" w:line="240" w:lineRule="auto"/>
        <w:ind w:left="400" w:hanging="30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Рефлексивная</w:t>
      </w:r>
      <w:r w:rsidRPr="00923A6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самооценка,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умение</w:t>
      </w:r>
      <w:r w:rsidRPr="00923A6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анализировать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свои</w:t>
      </w:r>
      <w:r w:rsidRPr="00923A6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действия</w:t>
      </w:r>
      <w:r w:rsidRPr="00923A6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управлять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ими.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00"/>
        </w:tabs>
        <w:autoSpaceDE w:val="0"/>
        <w:autoSpaceDN w:val="0"/>
        <w:spacing w:after="0" w:line="240" w:lineRule="auto"/>
        <w:ind w:left="400" w:hanging="30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Навыки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сотрудничества</w:t>
      </w:r>
      <w:r w:rsidRPr="00923A6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взрослыми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сверстниками.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65"/>
        </w:tabs>
        <w:autoSpaceDE w:val="0"/>
        <w:autoSpaceDN w:val="0"/>
        <w:spacing w:after="0" w:line="240" w:lineRule="auto"/>
        <w:ind w:right="122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Установка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здоровый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образ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жизни,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наличие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мотивации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творческому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труду,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работе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результат.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Метапредметные</w:t>
      </w:r>
      <w:r w:rsidRPr="00923A6C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результаты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34"/>
        </w:tabs>
        <w:autoSpaceDE w:val="0"/>
        <w:autoSpaceDN w:val="0"/>
        <w:spacing w:after="0" w:line="240" w:lineRule="auto"/>
        <w:ind w:right="126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Способность принимать и сохранять цели и задачи учебной деятельности, находить средства 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способы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её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осуществления.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00"/>
        </w:tabs>
        <w:autoSpaceDE w:val="0"/>
        <w:autoSpaceDN w:val="0"/>
        <w:spacing w:after="0" w:line="240" w:lineRule="auto"/>
        <w:ind w:left="400" w:hanging="30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Овладение</w:t>
      </w:r>
      <w:r w:rsidRPr="00923A6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способами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выполнения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заданий</w:t>
      </w:r>
      <w:r w:rsidRPr="00923A6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творческого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поискового</w:t>
      </w:r>
      <w:r w:rsidRPr="00923A6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характера.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533"/>
        </w:tabs>
        <w:autoSpaceDE w:val="0"/>
        <w:autoSpaceDN w:val="0"/>
        <w:spacing w:after="0" w:line="240" w:lineRule="auto"/>
        <w:ind w:right="121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Умение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планировать,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контролировать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оценивать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учебные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действия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соответствии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lastRenderedPageBreak/>
        <w:t>поставленной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задачей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условиями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её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выполнения,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определять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наиболее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эффективные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способы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достижения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результата.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  <w:sectPr w:rsidR="00923A6C" w:rsidRPr="00923A6C">
          <w:pgSz w:w="11910" w:h="16840"/>
          <w:pgMar w:top="640" w:right="600" w:bottom="280" w:left="620" w:header="720" w:footer="720" w:gutter="0"/>
          <w:cols w:space="720"/>
        </w:sectPr>
      </w:pP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95"/>
        </w:tabs>
        <w:autoSpaceDE w:val="0"/>
        <w:autoSpaceDN w:val="0"/>
        <w:spacing w:before="76" w:after="0" w:line="240" w:lineRule="auto"/>
        <w:ind w:right="116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lastRenderedPageBreak/>
        <w:t>Способность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использовать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знаково-символические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средства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представления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информации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создания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моделей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изучаемых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объектов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процессов,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схем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решения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учебно-познавательных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практических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задач.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46"/>
        </w:tabs>
        <w:autoSpaceDE w:val="0"/>
        <w:autoSpaceDN w:val="0"/>
        <w:spacing w:after="0" w:line="240" w:lineRule="auto"/>
        <w:ind w:right="125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Использование</w:t>
      </w:r>
      <w:r w:rsidRPr="00923A6C">
        <w:rPr>
          <w:rFonts w:ascii="Times New Roman" w:eastAsia="Times New Roman" w:hAnsi="Times New Roman" w:cs="Times New Roman"/>
          <w:spacing w:val="39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речевых</w:t>
      </w:r>
      <w:r w:rsidRPr="00923A6C">
        <w:rPr>
          <w:rFonts w:ascii="Times New Roman" w:eastAsia="Times New Roman" w:hAnsi="Times New Roman" w:cs="Times New Roman"/>
          <w:spacing w:val="4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средств</w:t>
      </w:r>
      <w:r w:rsidRPr="00923A6C">
        <w:rPr>
          <w:rFonts w:ascii="Times New Roman" w:eastAsia="Times New Roman" w:hAnsi="Times New Roman" w:cs="Times New Roman"/>
          <w:spacing w:val="4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4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средств</w:t>
      </w:r>
      <w:r w:rsidRPr="00923A6C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информационных</w:t>
      </w:r>
      <w:r w:rsidRPr="00923A6C">
        <w:rPr>
          <w:rFonts w:ascii="Times New Roman" w:eastAsia="Times New Roman" w:hAnsi="Times New Roman" w:cs="Times New Roman"/>
          <w:spacing w:val="4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38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коммуникационных</w:t>
      </w:r>
      <w:r w:rsidRPr="00923A6C">
        <w:rPr>
          <w:rFonts w:ascii="Times New Roman" w:eastAsia="Times New Roman" w:hAnsi="Times New Roman" w:cs="Times New Roman"/>
          <w:spacing w:val="4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технологий</w:t>
      </w:r>
      <w:r w:rsidRPr="00923A6C">
        <w:rPr>
          <w:rFonts w:ascii="Times New Roman" w:eastAsia="Times New Roman" w:hAnsi="Times New Roman" w:cs="Times New Roman"/>
          <w:spacing w:val="-58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решения коммуникативных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 познавательных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задач.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72"/>
        </w:tabs>
        <w:autoSpaceDE w:val="0"/>
        <w:autoSpaceDN w:val="0"/>
        <w:spacing w:after="0" w:line="240" w:lineRule="auto"/>
        <w:ind w:right="116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Использование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различных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способов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поиска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(в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справочных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источниках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открытом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учебном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информационном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пространстве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Интернета),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сбора,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обработки,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анализа,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организации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передачи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информации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соответствии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коммуникативными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познавательными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задачами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технологиями</w:t>
      </w:r>
      <w:r w:rsidRPr="00923A6C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учебного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предмета,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том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числе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умение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вводить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текст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помощью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клавиатуры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компьютера,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фиксировать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(записывать)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результаты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измерения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величин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анализировать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изображения,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звуки,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готовить своё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выступление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выступать с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аудио-,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видео-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 графическим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сопровождением.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27"/>
        </w:tabs>
        <w:autoSpaceDE w:val="0"/>
        <w:autoSpaceDN w:val="0"/>
        <w:spacing w:after="0" w:line="240" w:lineRule="auto"/>
        <w:ind w:right="119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Овладение логическими действиями сравнения, анализа, синтеза, обобщения, классификации по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родовидовым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признакам,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установления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аналогий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причинно-следственных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связей,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построения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рассуждений,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отнесения к известным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понятиям.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574"/>
        </w:tabs>
        <w:autoSpaceDE w:val="0"/>
        <w:autoSpaceDN w:val="0"/>
        <w:spacing w:after="0" w:line="240" w:lineRule="auto"/>
        <w:ind w:right="124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Готовность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слушать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собеседника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вести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диалог;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готовность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признать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возможность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существования различных точек зрения и права каждого иметь свою; излагать и аргументировать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своё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мнение.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82"/>
        </w:tabs>
        <w:autoSpaceDE w:val="0"/>
        <w:autoSpaceDN w:val="0"/>
        <w:spacing w:before="1" w:after="0" w:line="240" w:lineRule="auto"/>
        <w:ind w:right="115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Определение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общей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цели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путей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её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достижения: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умение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договариваться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распределении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функций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ролей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совместной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деятельности,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осуществлять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взаимный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совместной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деятельности,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адекватно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оценивать собственное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поведение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поведение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окружающих.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504"/>
        </w:tabs>
        <w:autoSpaceDE w:val="0"/>
        <w:autoSpaceDN w:val="0"/>
        <w:spacing w:after="0" w:line="240" w:lineRule="auto"/>
        <w:ind w:right="116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Овладение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начальными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сведениями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сущности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особенностях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объектов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процессов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соответствии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содержанием учебного предмета</w:t>
      </w:r>
      <w:r w:rsidRPr="00923A6C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«Математика».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17"/>
        </w:tabs>
        <w:autoSpaceDE w:val="0"/>
        <w:autoSpaceDN w:val="0"/>
        <w:spacing w:after="0" w:line="240" w:lineRule="auto"/>
        <w:ind w:right="125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Овладение базовыми предметными и межпредметными понятиями, отражающими существенные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связи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 отношения между</w:t>
      </w:r>
      <w:r w:rsidRPr="00923A6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объектами и процессами.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99"/>
        </w:tabs>
        <w:autoSpaceDE w:val="0"/>
        <w:autoSpaceDN w:val="0"/>
        <w:spacing w:after="0" w:line="240" w:lineRule="auto"/>
        <w:ind w:right="120" w:firstLine="6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Умение работать в материальной и информационной</w:t>
      </w:r>
      <w:r w:rsidRPr="00923A6C">
        <w:rPr>
          <w:rFonts w:ascii="Times New Roman" w:eastAsia="Times New Roman" w:hAnsi="Times New Roman" w:cs="Times New Roman"/>
          <w:spacing w:val="60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среде начального общего образования (в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том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числе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учебными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моделями)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соответствии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содержанием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учебного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предмета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«Математика».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Предметные</w:t>
      </w:r>
      <w:r w:rsidRPr="00923A6C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результаты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after="0" w:line="240" w:lineRule="auto"/>
        <w:ind w:right="124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Использование приобретённых математических знаний для описания и объяснения окружающих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предметов,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процессов,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явлений,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также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оценки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количественных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пространственных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отношений.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595"/>
        </w:tabs>
        <w:autoSpaceDE w:val="0"/>
        <w:autoSpaceDN w:val="0"/>
        <w:spacing w:before="1" w:after="0" w:line="240" w:lineRule="auto"/>
        <w:ind w:right="114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Овладение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основами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логического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алгоритмического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мышления,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пространственного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воображения и математической речи, основами счёта, измерения, прикидки результата и его оценки,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наглядного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представления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данных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разной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форме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(таблицы,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схемы,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диаграммы),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записи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выполнения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алгоритмов.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90"/>
        </w:tabs>
        <w:autoSpaceDE w:val="0"/>
        <w:autoSpaceDN w:val="0"/>
        <w:spacing w:after="0" w:line="240" w:lineRule="auto"/>
        <w:ind w:right="117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Приобретение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начального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опыта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применения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математических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знаний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решения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учебно-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познавательных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учебно-практических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задач.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92"/>
        </w:tabs>
        <w:autoSpaceDE w:val="0"/>
        <w:autoSpaceDN w:val="0"/>
        <w:spacing w:after="0" w:line="240" w:lineRule="auto"/>
        <w:ind w:right="123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Умения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выполнять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устно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письменно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арифметические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действия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числами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числовыми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выражениями,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решать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текстовые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задачи,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выполнять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строить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алгоритмы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стратегии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игре,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исследовать, распознавать и изображать геометрические фигуры, работать с таблицами, схемами,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графиками</w:t>
      </w:r>
      <w:r w:rsidRPr="00923A6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диаграммами,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цепочками,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представлять,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анализировать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интерпретировать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данные.</w:t>
      </w:r>
    </w:p>
    <w:p w:rsidR="00923A6C" w:rsidRPr="00923A6C" w:rsidRDefault="00923A6C" w:rsidP="00923A6C">
      <w:pPr>
        <w:widowControl w:val="0"/>
        <w:numPr>
          <w:ilvl w:val="0"/>
          <w:numId w:val="14"/>
        </w:numPr>
        <w:tabs>
          <w:tab w:val="left" w:pos="441"/>
        </w:tabs>
        <w:autoSpaceDE w:val="0"/>
        <w:autoSpaceDN w:val="0"/>
        <w:spacing w:after="0" w:line="240" w:lineRule="auto"/>
        <w:ind w:right="128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lang w:val="ru-RU"/>
        </w:rPr>
        <w:t>Приобретение первоначальных навыков работы на компьютере (набирать текст на клавиатуре,</w:t>
      </w:r>
      <w:r w:rsidRPr="00923A6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работать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«меню»,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находить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информацию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923A6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заданной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теме,</w:t>
      </w:r>
      <w:r w:rsidRPr="00923A6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распечатывать её</w:t>
      </w:r>
      <w:r w:rsidRPr="00923A6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4"/>
          <w:sz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lang w:val="ru-RU"/>
        </w:rPr>
        <w:t>принтере).</w:t>
      </w:r>
    </w:p>
    <w:p w:rsidR="00923A6C" w:rsidRPr="00923A6C" w:rsidRDefault="00923A6C" w:rsidP="00923A6C">
      <w:pPr>
        <w:widowControl w:val="0"/>
        <w:autoSpaceDE w:val="0"/>
        <w:autoSpaceDN w:val="0"/>
        <w:spacing w:before="2" w:after="0" w:line="251" w:lineRule="exact"/>
        <w:rPr>
          <w:rFonts w:ascii="Times New Roman" w:eastAsia="Times New Roman" w:hAnsi="Times New Roman" w:cs="Times New Roman"/>
          <w:b/>
          <w:lang w:val="ru-RU"/>
        </w:rPr>
      </w:pPr>
      <w:r w:rsidRPr="00923A6C">
        <w:rPr>
          <w:rFonts w:ascii="Times New Roman" w:eastAsia="Times New Roman" w:hAnsi="Times New Roman" w:cs="Times New Roman"/>
          <w:b/>
          <w:lang w:val="ru-RU"/>
        </w:rPr>
        <w:t>К</w:t>
      </w:r>
      <w:r w:rsidRPr="00923A6C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концу</w:t>
      </w:r>
      <w:r w:rsidRPr="00923A6C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обучения</w:t>
      </w:r>
      <w:r w:rsidRPr="00923A6C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в</w:t>
      </w:r>
      <w:r w:rsidRPr="00923A6C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четвёртом</w:t>
      </w:r>
      <w:r w:rsidRPr="00923A6C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классе</w:t>
      </w:r>
      <w:r w:rsidRPr="00923A6C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ученик</w:t>
      </w:r>
      <w:r w:rsidRPr="00923A6C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научится: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1" w:after="0" w:line="237" w:lineRule="auto"/>
        <w:ind w:right="141" w:firstLine="562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читать,</w:t>
      </w:r>
      <w:r w:rsidRPr="00923A6C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записывать</w:t>
      </w:r>
      <w:r w:rsidRPr="00923A6C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сравнивать</w:t>
      </w:r>
      <w:r w:rsidRPr="00923A6C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числа</w:t>
      </w:r>
      <w:r w:rsidRPr="00923A6C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пределах</w:t>
      </w:r>
      <w:r w:rsidRPr="00923A6C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миллиона;</w:t>
      </w:r>
      <w:r w:rsidRPr="00923A6C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записывать</w:t>
      </w:r>
      <w:r w:rsidRPr="00923A6C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результат</w:t>
      </w:r>
      <w:r w:rsidRPr="00923A6C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сравнения,</w:t>
      </w:r>
      <w:r w:rsidRPr="00923A6C">
        <w:rPr>
          <w:rFonts w:ascii="Times New Roman" w:eastAsia="Times New Roman" w:hAnsi="Times New Roman" w:cs="Times New Roman"/>
          <w:spacing w:val="-5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используя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знаки &gt; (больше), &lt;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(меньше), = (равно);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after="0" w:line="248" w:lineRule="exact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представлять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любое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трёхзначное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число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виде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суммы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разрядных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слагаемых;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after="0" w:line="250" w:lineRule="exact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объяснять,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как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образуется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каждая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следующая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счётная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единица;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after="0" w:line="251" w:lineRule="exact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пользоваться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изученной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математической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терминологией;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6" w:after="0" w:line="244" w:lineRule="auto"/>
        <w:ind w:right="135" w:firstLine="562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записывать и вычислять значения числовых выражений, содержащих 3-4 действия (со скобками и без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них);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находить числовые значения буквенных выражений вида а + 3, 8 - г, b : 2, а + Ь, с d, к : п при заданных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числовых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значениях входящих в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них букв;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1" w:after="0" w:line="244" w:lineRule="auto"/>
        <w:ind w:right="138" w:firstLine="562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выполнять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устные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вычисления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пределах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100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большими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числами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случаях,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сводимых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действиям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пределах 100;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2" w:after="0" w:line="240" w:lineRule="auto"/>
        <w:ind w:left="875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выполнять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вычисления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нулём;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7" w:after="0" w:line="247" w:lineRule="auto"/>
        <w:ind w:right="138" w:firstLine="562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выполнять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письменные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вычисления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(сложение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вычитание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многозначных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чисел,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умножение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деление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многозначных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чисел на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однозначные 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двузначные числа),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проверку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вычислений;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7" w:lineRule="auto"/>
        <w:jc w:val="both"/>
        <w:rPr>
          <w:rFonts w:ascii="Times New Roman" w:eastAsia="Times New Roman" w:hAnsi="Times New Roman" w:cs="Times New Roman"/>
          <w:lang w:val="ru-RU"/>
        </w:rPr>
        <w:sectPr w:rsidR="00923A6C" w:rsidRPr="00923A6C">
          <w:pgSz w:w="11910" w:h="16840"/>
          <w:pgMar w:top="620" w:right="600" w:bottom="280" w:left="620" w:header="720" w:footer="720" w:gutter="0"/>
          <w:cols w:space="720"/>
        </w:sectPr>
      </w:pPr>
    </w:p>
    <w:p w:rsidR="00923A6C" w:rsidRPr="00923A6C" w:rsidRDefault="00923A6C" w:rsidP="00923A6C">
      <w:pPr>
        <w:widowControl w:val="0"/>
        <w:autoSpaceDE w:val="0"/>
        <w:autoSpaceDN w:val="0"/>
        <w:spacing w:before="65" w:after="0" w:line="244" w:lineRule="auto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Arial MT" w:eastAsia="Times New Roman" w:hAnsi="Arial MT" w:cs="Times New Roman"/>
          <w:sz w:val="20"/>
          <w:lang w:val="ru-RU"/>
        </w:rPr>
        <w:lastRenderedPageBreak/>
        <w:t>-</w:t>
      </w:r>
      <w:r w:rsidRPr="00923A6C">
        <w:rPr>
          <w:rFonts w:ascii="Arial MT" w:eastAsia="Times New Roman" w:hAnsi="Arial MT" w:cs="Times New Roman"/>
          <w:spacing w:val="17"/>
          <w:sz w:val="2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решать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уравнения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вида</w:t>
      </w:r>
      <w:r w:rsidRPr="00923A6C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х±60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=</w:t>
      </w:r>
      <w:r w:rsidRPr="00923A6C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320,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125+х</w:t>
      </w:r>
      <w:r w:rsidRPr="00923A6C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=</w:t>
      </w:r>
      <w:r w:rsidRPr="00923A6C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750,</w:t>
      </w:r>
      <w:r w:rsidRPr="00923A6C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2000-х=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1450,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х-12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=</w:t>
      </w:r>
      <w:r w:rsidRPr="00923A6C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2400,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х:5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=</w:t>
      </w:r>
      <w:r w:rsidRPr="00923A6C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420,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600:х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=</w:t>
      </w:r>
      <w:r w:rsidRPr="00923A6C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25</w:t>
      </w:r>
      <w:r w:rsidRPr="00923A6C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-5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основе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взаимосвязи между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компонентами 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результатами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действий;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2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решать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задачи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1—3 действия;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6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находить</w:t>
      </w:r>
      <w:r w:rsidRPr="00923A6C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длину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отрезка,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ломаной,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периметр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многоугольника,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том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прямоугольника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(квадрата);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7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находить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площадь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прямоугольника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(квадрата),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зная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длины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его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сторон;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4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узнавать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время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часам;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6" w:after="0" w:line="244" w:lineRule="auto"/>
        <w:ind w:right="134" w:firstLine="562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выполнять</w:t>
      </w:r>
      <w:r w:rsidRPr="00923A6C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арифметические</w:t>
      </w:r>
      <w:r w:rsidRPr="00923A6C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действия</w:t>
      </w:r>
      <w:r w:rsidRPr="00923A6C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величинами</w:t>
      </w:r>
      <w:r w:rsidRPr="00923A6C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(сложение</w:t>
      </w:r>
      <w:r w:rsidRPr="00923A6C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вычитание</w:t>
      </w:r>
      <w:r w:rsidRPr="00923A6C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значений</w:t>
      </w:r>
      <w:r w:rsidRPr="00923A6C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величин,</w:t>
      </w:r>
      <w:r w:rsidRPr="00923A6C">
        <w:rPr>
          <w:rFonts w:ascii="Times New Roman" w:eastAsia="Times New Roman" w:hAnsi="Times New Roman" w:cs="Times New Roman"/>
          <w:spacing w:val="-5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умножение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 деление значений величин на однозначное число);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2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применять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решению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текстовых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задач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знание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изученных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связей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между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величинами;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6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строить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заданный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отрезок;</w:t>
      </w:r>
    </w:p>
    <w:p w:rsidR="00923A6C" w:rsidRPr="00923A6C" w:rsidRDefault="00923A6C" w:rsidP="00923A6C">
      <w:pPr>
        <w:widowControl w:val="0"/>
        <w:numPr>
          <w:ilvl w:val="1"/>
          <w:numId w:val="14"/>
        </w:numPr>
        <w:tabs>
          <w:tab w:val="left" w:pos="876"/>
        </w:tabs>
        <w:autoSpaceDE w:val="0"/>
        <w:autoSpaceDN w:val="0"/>
        <w:spacing w:before="7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строить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клетчатой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бумаге прямоугольник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(квадрат) по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заданным длинам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сторон.</w:t>
      </w:r>
    </w:p>
    <w:p w:rsidR="00923A6C" w:rsidRPr="00923A6C" w:rsidRDefault="00923A6C" w:rsidP="00923A6C">
      <w:pPr>
        <w:widowControl w:val="0"/>
        <w:autoSpaceDE w:val="0"/>
        <w:autoSpaceDN w:val="0"/>
        <w:spacing w:before="186" w:after="0" w:line="240" w:lineRule="auto"/>
        <w:rPr>
          <w:rFonts w:ascii="Times New Roman" w:eastAsia="Times New Roman" w:hAnsi="Times New Roman" w:cs="Times New Roman"/>
          <w:b/>
          <w:lang w:val="ru-RU"/>
        </w:rPr>
      </w:pPr>
      <w:r w:rsidRPr="00923A6C">
        <w:rPr>
          <w:rFonts w:ascii="Times New Roman" w:eastAsia="Times New Roman" w:hAnsi="Times New Roman" w:cs="Times New Roman"/>
          <w:b/>
          <w:lang w:val="ru-RU"/>
        </w:rPr>
        <w:t>К</w:t>
      </w:r>
      <w:r w:rsidRPr="00923A6C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концу</w:t>
      </w:r>
      <w:r w:rsidRPr="00923A6C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обучения</w:t>
      </w:r>
      <w:r w:rsidRPr="00923A6C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в</w:t>
      </w:r>
      <w:r w:rsidRPr="00923A6C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четвёртом</w:t>
      </w:r>
      <w:r w:rsidRPr="00923A6C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классе</w:t>
      </w:r>
      <w:r w:rsidRPr="00923A6C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ученик</w:t>
      </w:r>
      <w:r w:rsidRPr="00923A6C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получит</w:t>
      </w:r>
      <w:r w:rsidRPr="00923A6C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возможность</w:t>
      </w:r>
      <w:r w:rsidRPr="00923A6C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научиться:</w:t>
      </w:r>
    </w:p>
    <w:p w:rsidR="00923A6C" w:rsidRPr="00923A6C" w:rsidRDefault="00923A6C" w:rsidP="00923A6C">
      <w:pPr>
        <w:widowControl w:val="0"/>
        <w:numPr>
          <w:ilvl w:val="0"/>
          <w:numId w:val="13"/>
        </w:numPr>
        <w:tabs>
          <w:tab w:val="left" w:pos="439"/>
        </w:tabs>
        <w:autoSpaceDE w:val="0"/>
        <w:autoSpaceDN w:val="0"/>
        <w:spacing w:before="6" w:after="0" w:line="240" w:lineRule="auto"/>
        <w:ind w:left="438" w:hanging="198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выделять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признаки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свойства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объектов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(прямоугольник,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его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периметр,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площадь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др.);</w:t>
      </w:r>
    </w:p>
    <w:p w:rsidR="00923A6C" w:rsidRPr="00923A6C" w:rsidRDefault="00923A6C" w:rsidP="00923A6C">
      <w:pPr>
        <w:widowControl w:val="0"/>
        <w:numPr>
          <w:ilvl w:val="0"/>
          <w:numId w:val="13"/>
        </w:numPr>
        <w:tabs>
          <w:tab w:val="left" w:pos="439"/>
        </w:tabs>
        <w:autoSpaceDE w:val="0"/>
        <w:autoSpaceDN w:val="0"/>
        <w:spacing w:before="6" w:after="0" w:line="240" w:lineRule="auto"/>
        <w:ind w:left="438" w:hanging="198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выявлять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изменения,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происходящие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объектами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устанавливать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зависимости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между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ними;</w:t>
      </w:r>
    </w:p>
    <w:p w:rsidR="00923A6C" w:rsidRPr="00923A6C" w:rsidRDefault="00923A6C" w:rsidP="00923A6C">
      <w:pPr>
        <w:widowControl w:val="0"/>
        <w:numPr>
          <w:ilvl w:val="0"/>
          <w:numId w:val="13"/>
        </w:numPr>
        <w:tabs>
          <w:tab w:val="left" w:pos="439"/>
        </w:tabs>
        <w:autoSpaceDE w:val="0"/>
        <w:autoSpaceDN w:val="0"/>
        <w:spacing w:before="7" w:after="0" w:line="240" w:lineRule="auto"/>
        <w:ind w:left="438" w:hanging="198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определять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помощью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сравнения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(сопоставления)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их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характерные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признаки;</w:t>
      </w:r>
    </w:p>
    <w:p w:rsidR="00923A6C" w:rsidRPr="00923A6C" w:rsidRDefault="00923A6C" w:rsidP="00923A6C">
      <w:pPr>
        <w:widowControl w:val="0"/>
        <w:numPr>
          <w:ilvl w:val="0"/>
          <w:numId w:val="13"/>
        </w:numPr>
        <w:tabs>
          <w:tab w:val="left" w:pos="439"/>
        </w:tabs>
        <w:autoSpaceDE w:val="0"/>
        <w:autoSpaceDN w:val="0"/>
        <w:spacing w:before="6" w:after="0" w:line="244" w:lineRule="auto"/>
        <w:ind w:right="134" w:firstLine="122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формировать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речевые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математические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навыки,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высказывать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суждения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использованием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математических терминов и понятий, выделять слова (словосочетания и т. д.), помогающие понять его смысл;</w:t>
      </w:r>
      <w:r w:rsidRPr="00923A6C">
        <w:rPr>
          <w:rFonts w:ascii="Times New Roman" w:eastAsia="Times New Roman" w:hAnsi="Times New Roman" w:cs="Times New Roman"/>
          <w:spacing w:val="-5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ставить вопросы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ходу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выполнения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задания;</w:t>
      </w:r>
    </w:p>
    <w:p w:rsidR="00923A6C" w:rsidRPr="00923A6C" w:rsidRDefault="00923A6C" w:rsidP="00923A6C">
      <w:pPr>
        <w:widowControl w:val="0"/>
        <w:numPr>
          <w:ilvl w:val="0"/>
          <w:numId w:val="13"/>
        </w:numPr>
        <w:tabs>
          <w:tab w:val="left" w:pos="384"/>
        </w:tabs>
        <w:autoSpaceDE w:val="0"/>
        <w:autoSpaceDN w:val="0"/>
        <w:spacing w:before="1" w:after="0" w:line="244" w:lineRule="auto"/>
        <w:ind w:right="138" w:firstLine="122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выбирать доказательства верности или неверности выполненного действия, обосновывать этапы решения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задачи, уравнения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 др.;</w:t>
      </w:r>
    </w:p>
    <w:p w:rsidR="00923A6C" w:rsidRPr="00923A6C" w:rsidRDefault="00923A6C" w:rsidP="00923A6C">
      <w:pPr>
        <w:widowControl w:val="0"/>
        <w:numPr>
          <w:ilvl w:val="0"/>
          <w:numId w:val="13"/>
        </w:numPr>
        <w:tabs>
          <w:tab w:val="left" w:pos="583"/>
        </w:tabs>
        <w:autoSpaceDE w:val="0"/>
        <w:autoSpaceDN w:val="0"/>
        <w:spacing w:before="3" w:after="0" w:line="244" w:lineRule="auto"/>
        <w:ind w:right="135" w:firstLine="122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развивать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организационные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навыки: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планировать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этапы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предстоящей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работы,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определять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последовательность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предстоящих действий;</w:t>
      </w:r>
    </w:p>
    <w:p w:rsidR="00923A6C" w:rsidRPr="00923A6C" w:rsidRDefault="00923A6C" w:rsidP="00923A6C">
      <w:pPr>
        <w:widowControl w:val="0"/>
        <w:numPr>
          <w:ilvl w:val="0"/>
          <w:numId w:val="13"/>
        </w:numPr>
        <w:tabs>
          <w:tab w:val="left" w:pos="583"/>
        </w:tabs>
        <w:autoSpaceDE w:val="0"/>
        <w:autoSpaceDN w:val="0"/>
        <w:spacing w:before="2" w:after="0" w:line="240" w:lineRule="auto"/>
        <w:ind w:left="582" w:hanging="342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осуществлять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контроль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оценку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правильности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действий,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поиск путей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преодоления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ошибок;</w:t>
      </w:r>
    </w:p>
    <w:p w:rsidR="00923A6C" w:rsidRPr="00923A6C" w:rsidRDefault="00923A6C" w:rsidP="00923A6C">
      <w:pPr>
        <w:widowControl w:val="0"/>
        <w:numPr>
          <w:ilvl w:val="0"/>
          <w:numId w:val="13"/>
        </w:numPr>
        <w:tabs>
          <w:tab w:val="left" w:pos="583"/>
        </w:tabs>
        <w:autoSpaceDE w:val="0"/>
        <w:autoSpaceDN w:val="0"/>
        <w:spacing w:before="6" w:after="0" w:line="244" w:lineRule="auto"/>
        <w:ind w:right="139" w:firstLine="122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сформировать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читать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записывать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числа,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состава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чисел,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которые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понадобятся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выполнении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устных, а в дальнейшем 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письменных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вычислений:</w:t>
      </w:r>
    </w:p>
    <w:p w:rsidR="00923A6C" w:rsidRPr="00923A6C" w:rsidRDefault="00923A6C" w:rsidP="00923A6C">
      <w:pPr>
        <w:widowControl w:val="0"/>
        <w:numPr>
          <w:ilvl w:val="0"/>
          <w:numId w:val="12"/>
        </w:numPr>
        <w:tabs>
          <w:tab w:val="left" w:pos="283"/>
        </w:tabs>
        <w:autoSpaceDE w:val="0"/>
        <w:autoSpaceDN w:val="0"/>
        <w:spacing w:before="3" w:after="0" w:line="244" w:lineRule="auto"/>
        <w:ind w:right="136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формировать и отрабатывать навыки устных и письменных вычислений табличные случаи умножения 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деления внетабличные вычисления в пределах 100, разнообразные примеры на применение правил о порядке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выполнения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действий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выражениях со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скобками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без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них:</w:t>
      </w:r>
    </w:p>
    <w:p w:rsidR="00923A6C" w:rsidRPr="00923A6C" w:rsidRDefault="00923A6C" w:rsidP="00923A6C">
      <w:pPr>
        <w:widowControl w:val="0"/>
        <w:numPr>
          <w:ilvl w:val="0"/>
          <w:numId w:val="12"/>
        </w:numPr>
        <w:tabs>
          <w:tab w:val="left" w:pos="302"/>
        </w:tabs>
        <w:autoSpaceDE w:val="0"/>
        <w:autoSpaceDN w:val="0"/>
        <w:spacing w:before="3" w:after="0" w:line="244" w:lineRule="auto"/>
        <w:ind w:right="137" w:hanging="20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пользоваться алгоритмами письменного сложения и вычитания многозначных чисел. умножения и деления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многозначного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числа на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однозначное и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двузначное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числа:</w:t>
      </w:r>
    </w:p>
    <w:p w:rsidR="00923A6C" w:rsidRPr="00923A6C" w:rsidRDefault="00923A6C" w:rsidP="00923A6C">
      <w:pPr>
        <w:widowControl w:val="0"/>
        <w:numPr>
          <w:ilvl w:val="1"/>
          <w:numId w:val="12"/>
        </w:numPr>
        <w:tabs>
          <w:tab w:val="left" w:pos="439"/>
        </w:tabs>
        <w:autoSpaceDE w:val="0"/>
        <w:autoSpaceDN w:val="0"/>
        <w:spacing w:after="0" w:line="240" w:lineRule="auto"/>
        <w:ind w:hanging="198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использовать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приобретенные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знания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умения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практической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деятельности</w:t>
      </w:r>
      <w:r w:rsidRPr="00923A6C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повседневной</w:t>
      </w:r>
      <w:r w:rsidRPr="00923A6C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жизни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для:</w:t>
      </w:r>
    </w:p>
    <w:p w:rsidR="00923A6C" w:rsidRPr="00923A6C" w:rsidRDefault="00923A6C" w:rsidP="00923A6C">
      <w:pPr>
        <w:widowControl w:val="0"/>
        <w:numPr>
          <w:ilvl w:val="2"/>
          <w:numId w:val="12"/>
        </w:numPr>
        <w:tabs>
          <w:tab w:val="left" w:pos="876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ориентировки</w:t>
      </w:r>
      <w:r w:rsidRPr="00923A6C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окружающем</w:t>
      </w:r>
      <w:r w:rsidRPr="00923A6C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пространстве</w:t>
      </w:r>
      <w:r w:rsidRPr="00923A6C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(планирование</w:t>
      </w:r>
      <w:r w:rsidRPr="00923A6C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маршрута,</w:t>
      </w:r>
      <w:r w:rsidRPr="00923A6C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выбор</w:t>
      </w:r>
      <w:r w:rsidRPr="00923A6C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пути</w:t>
      </w:r>
      <w:r w:rsidRPr="00923A6C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передвижения</w:t>
      </w:r>
      <w:r w:rsidRPr="00923A6C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</w:p>
    <w:p w:rsidR="00923A6C" w:rsidRPr="00923A6C" w:rsidRDefault="00923A6C" w:rsidP="00923A6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др.),</w:t>
      </w:r>
    </w:p>
    <w:p w:rsidR="00923A6C" w:rsidRPr="00923A6C" w:rsidRDefault="00923A6C" w:rsidP="00923A6C">
      <w:pPr>
        <w:widowControl w:val="0"/>
        <w:numPr>
          <w:ilvl w:val="2"/>
          <w:numId w:val="12"/>
        </w:numPr>
        <w:tabs>
          <w:tab w:val="left" w:pos="876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сравнения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упорядочения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объектов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разным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признакам: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длине,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площади,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массе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вместимости.</w:t>
      </w:r>
    </w:p>
    <w:p w:rsidR="00923A6C" w:rsidRPr="00923A6C" w:rsidRDefault="00923A6C" w:rsidP="00923A6C">
      <w:pPr>
        <w:widowControl w:val="0"/>
        <w:numPr>
          <w:ilvl w:val="2"/>
          <w:numId w:val="12"/>
        </w:numPr>
        <w:tabs>
          <w:tab w:val="left" w:pos="876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определения</w:t>
      </w:r>
      <w:r w:rsidRPr="00923A6C">
        <w:rPr>
          <w:rFonts w:ascii="Times New Roman" w:eastAsia="Times New Roman" w:hAnsi="Times New Roman" w:cs="Times New Roman"/>
          <w:spacing w:val="7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 xml:space="preserve">времени  </w:t>
      </w:r>
      <w:r w:rsidRPr="00923A6C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 xml:space="preserve">по  </w:t>
      </w:r>
      <w:r w:rsidRPr="00923A6C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 xml:space="preserve">часам  </w:t>
      </w:r>
      <w:r w:rsidRPr="00923A6C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 xml:space="preserve">в  </w:t>
      </w:r>
      <w:r w:rsidRPr="00923A6C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 xml:space="preserve">часах  </w:t>
      </w:r>
      <w:r w:rsidRPr="00923A6C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 xml:space="preserve">и  </w:t>
      </w:r>
      <w:r w:rsidRPr="00923A6C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 xml:space="preserve">минутах).  </w:t>
      </w:r>
      <w:r w:rsidRPr="00923A6C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 xml:space="preserve">Программа  </w:t>
      </w:r>
      <w:r w:rsidRPr="00923A6C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 xml:space="preserve">обеспечивает  </w:t>
      </w:r>
      <w:r w:rsidRPr="00923A6C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достижение</w:t>
      </w:r>
    </w:p>
    <w:p w:rsidR="00923A6C" w:rsidRPr="00923A6C" w:rsidRDefault="00923A6C" w:rsidP="00923A6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выпускниками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начальной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школы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следующих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личностных,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метапредметных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предметных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результатов.</w:t>
      </w:r>
    </w:p>
    <w:p w:rsidR="00923A6C" w:rsidRPr="00923A6C" w:rsidRDefault="00923A6C" w:rsidP="00923A6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3A6C" w:rsidRPr="00923A6C" w:rsidRDefault="00923A6C" w:rsidP="00923A6C">
      <w:pPr>
        <w:widowControl w:val="0"/>
        <w:numPr>
          <w:ilvl w:val="1"/>
          <w:numId w:val="16"/>
        </w:numPr>
        <w:tabs>
          <w:tab w:val="left" w:pos="741"/>
        </w:tabs>
        <w:autoSpaceDE w:val="0"/>
        <w:autoSpaceDN w:val="0"/>
        <w:spacing w:after="0" w:line="240" w:lineRule="auto"/>
        <w:ind w:left="3854" w:right="517" w:hanging="35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Формы, периодичность и порядок текущего контроля успеваемости и промежуточной</w:t>
      </w:r>
      <w:r w:rsidRPr="00923A6C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аттестации</w:t>
      </w:r>
      <w:r w:rsidRPr="00923A6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обучающихся</w:t>
      </w:r>
    </w:p>
    <w:p w:rsidR="00923A6C" w:rsidRPr="00923A6C" w:rsidRDefault="00923A6C" w:rsidP="00923A6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ru-RU"/>
        </w:rPr>
      </w:pPr>
    </w:p>
    <w:p w:rsidR="00923A6C" w:rsidRPr="00923A6C" w:rsidRDefault="00923A6C" w:rsidP="00923A6C">
      <w:pPr>
        <w:widowControl w:val="0"/>
        <w:autoSpaceDE w:val="0"/>
        <w:autoSpaceDN w:val="0"/>
        <w:spacing w:before="1" w:after="0" w:line="240" w:lineRule="auto"/>
        <w:ind w:right="1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Оценивание обучающихся производится согласно «Положению о формах, периодичности 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порядке</w:t>
      </w:r>
      <w:r w:rsidRPr="00923A6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текущего</w:t>
      </w:r>
      <w:r w:rsidRPr="00923A6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контроля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успеваемости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промежуточной</w:t>
      </w:r>
      <w:r w:rsidRPr="00923A6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аттестации</w:t>
      </w:r>
      <w:r w:rsidRPr="00923A6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обучающихся»,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«Положение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порядке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выставления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текущих,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четвертных,</w:t>
      </w:r>
      <w:r w:rsidRPr="00923A6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полугодовых,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годовых</w:t>
      </w:r>
      <w:r w:rsidRPr="00923A6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итоговых отметок».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требованиями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Стандарта,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освоения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должны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учитываться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психологические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возможности</w:t>
      </w:r>
      <w:r w:rsidRPr="00923A6C">
        <w:rPr>
          <w:rFonts w:ascii="Times New Roman" w:eastAsia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младшего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школьника,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нервно-психические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проблемы,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возникающие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контроля,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ситуативность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эмоциональных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реакций ребенка.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 оценки достижения планируемых результатов изучения математики предполагает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комплексный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уровневый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подход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обучения.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Объектом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служит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четвероклассников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решать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учебно-познавательные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учебно-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индивидуальных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достижений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ведётся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«методом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сложения»,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котором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фиксируется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достижение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опорного</w:t>
      </w:r>
      <w:r w:rsidRPr="00923A6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уровня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превышение.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требованиями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Стандарта,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составляющей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комплекса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достижений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являются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стартовой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диагностики,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промежуточных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итоговых</w:t>
      </w:r>
      <w:r w:rsidRPr="00923A6C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стандартизированных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 по математике. Остальные работы подобраны так, чтобы их совокупность демонстрировала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нарастающие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успешность,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объём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глубину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знаний,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достижение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более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высоких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уровней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формируемых</w:t>
      </w:r>
      <w:r w:rsidRPr="00923A6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действий.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923A6C" w:rsidRPr="00923A6C">
          <w:pgSz w:w="11910" w:h="16840"/>
          <w:pgMar w:top="640" w:right="600" w:bottom="280" w:left="620" w:header="720" w:footer="720" w:gutter="0"/>
          <w:cols w:space="720"/>
        </w:sectPr>
      </w:pPr>
    </w:p>
    <w:p w:rsidR="00923A6C" w:rsidRPr="00923A6C" w:rsidRDefault="00923A6C" w:rsidP="00923A6C">
      <w:pPr>
        <w:widowControl w:val="0"/>
        <w:autoSpaceDE w:val="0"/>
        <w:autoSpaceDN w:val="0"/>
        <w:spacing w:before="76"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Текущий</w:t>
      </w:r>
      <w:r w:rsidRPr="00923A6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контроль</w:t>
      </w:r>
      <w:r w:rsidRPr="00923A6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осуществляется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устной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форме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Письменные работы для текущего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контроля проводятся не реже одного раза в неделю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 форме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самостоятельной работы или арифметического диктанта. Работы для текущего контроля состоят из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нескольких однотипных заданий, с помощью которых осуществляется всесторонняя проверка только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одного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определенного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Тематический контроль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 математике проводится в письменной форме. Для тематических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проверок выбираются узловые вопросы программы: приемы устных вычислений, измерение величин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 др. Проверочные работы позволяют проверить, например, знание табличных случаев сложения,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вычитания,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умножения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деления.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этом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случае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самостоятельности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подбирается несколько вариантов работы, каждый из которых содержит около тридцати примеров на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сложение и вычитание или умножение и деление. На выполнение такой работы отводится 5-6 минут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урока.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Основанием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выставления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служат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</w:t>
      </w:r>
      <w:r w:rsidRPr="00923A6C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наблюдений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 за повседневной работой учеников, устного опроса, текущих, диагностических и итоговых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стандартизированных контрольных работ.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Однако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последним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придается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наибольшее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значение.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 конце года проводится итоговая комплексная Самостоятельная работа на межпредметной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основе. Одной из ее целей является оценка предметных и метапредметных результатов освоения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 по математике в третьем классе: способность решать учебно-практические и учебно-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познавательные задачи, сформированность обобщённых способов деятельности, коммуникативных и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информационных</w:t>
      </w:r>
      <w:r w:rsidRPr="00923A6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умений.</w:t>
      </w:r>
    </w:p>
    <w:p w:rsidR="00923A6C" w:rsidRPr="00923A6C" w:rsidRDefault="00923A6C" w:rsidP="00923A6C">
      <w:pPr>
        <w:widowControl w:val="0"/>
        <w:autoSpaceDE w:val="0"/>
        <w:autoSpaceDN w:val="0"/>
        <w:spacing w:before="90" w:after="0" w:line="274" w:lineRule="exact"/>
        <w:ind w:right="25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</w:t>
      </w:r>
      <w:r w:rsidRPr="00923A6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Содержание</w:t>
      </w:r>
      <w:r w:rsidRPr="00923A6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учебного</w:t>
      </w:r>
      <w:r w:rsidRPr="00923A6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предмета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74" w:lineRule="exact"/>
        <w:ind w:right="821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Числа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величины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Счёт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предметов.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Образование,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запись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чисел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000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000.</w:t>
      </w:r>
      <w:r w:rsidRPr="00923A6C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Десятичные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единицы счёта. Разряды и классы. Представление многозначных чисел в виде суммы разрядных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слагаемых.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упорядочение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чисел,</w:t>
      </w:r>
      <w:r w:rsidRPr="00923A6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знаки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сравнения.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Измерение величин. Единицы измерения величин: массы (грамм, килограмм, центнер, тонна);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вместимости (литр); времени (секунда, минута, час, сутки, неделя, месяц, год, век). Соотношения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между единицами измерения однородных величин. Сравнение и упорядочение однородных величин.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Доля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величины (половина, треть,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четверть, десятая, сотая,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тысячная).</w:t>
      </w:r>
    </w:p>
    <w:p w:rsidR="00923A6C" w:rsidRPr="00923A6C" w:rsidRDefault="00923A6C" w:rsidP="00923A6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Арифметические</w:t>
      </w:r>
      <w:r w:rsidRPr="00923A6C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действия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Сложение,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вычитание,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умножение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деление.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Знаки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действий.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компонентов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арифметических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действий.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Таблица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сложения.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Таблица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умножения.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Взаимосвязь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арифметических действий (сложения и вычитания, сложения и умножения, умножения и деления).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Нахождение неизвестного компонента арифметического действия. Деление с остатком. Свойства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сложения,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вычитания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умножения: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переместительное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сочетательное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свойства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сложения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умножения, распределительное свойство умножения относительно сложения и вычитания. Числовые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выражения.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Порядок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числовых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выражениях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скобками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без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скобок.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Нахождение значения числового выражения. Использование свойств арифметических действий 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 о порядке выполнения действий в числовых выражениях. Алгоритмы письменного сложения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вычитания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многозначных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чисел,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умножения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деления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многозначных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чисел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однозначное,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двузначное и трёхзначное число. Способы проверки правильности вычислений (обратные действия,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взаимосвязь компонентов и результатов действий, прикидка результата, проверка вычислений на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калькуляторе).</w:t>
      </w:r>
    </w:p>
    <w:p w:rsidR="00923A6C" w:rsidRPr="00923A6C" w:rsidRDefault="00923A6C" w:rsidP="00923A6C">
      <w:pPr>
        <w:widowControl w:val="0"/>
        <w:autoSpaceDE w:val="0"/>
        <w:autoSpaceDN w:val="0"/>
        <w:spacing w:before="1"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Элементы алгебраической пропедевтики. Выражения с одной переменной вида a ± 28, 8 </w:t>
      </w:r>
      <w:r w:rsidRPr="00923A6C">
        <w:rPr>
          <w:rFonts w:ascii="Cambria Math" w:eastAsia="Times New Roman" w:hAnsi="Cambria Math" w:cs="Times New Roman"/>
          <w:sz w:val="24"/>
          <w:szCs w:val="24"/>
          <w:lang w:val="ru-RU"/>
        </w:rPr>
        <w:t xml:space="preserve">⋅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b, c :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2; с двумя переменными вида a + b, а − b, a </w:t>
      </w:r>
      <w:r w:rsidRPr="00923A6C">
        <w:rPr>
          <w:rFonts w:ascii="Cambria Math" w:eastAsia="Times New Roman" w:hAnsi="Cambria Math" w:cs="Times New Roman"/>
          <w:sz w:val="24"/>
          <w:szCs w:val="24"/>
          <w:lang w:val="ru-RU"/>
        </w:rPr>
        <w:t xml:space="preserve">⋅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b, c : d (d ≠ 0); вычисление их значений при заданных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значениях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входящих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букв.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буквенных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выражений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формировании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обобщений, при рассмотрении умножения с 1 и 0 (1 </w:t>
      </w:r>
      <w:r w:rsidRPr="00923A6C">
        <w:rPr>
          <w:rFonts w:ascii="Cambria Math" w:eastAsia="Times New Roman" w:hAnsi="Cambria Math" w:cs="Times New Roman"/>
          <w:sz w:val="24"/>
          <w:szCs w:val="24"/>
          <w:lang w:val="ru-RU"/>
        </w:rPr>
        <w:t xml:space="preserve">⋅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= а, 0 </w:t>
      </w:r>
      <w:r w:rsidRPr="00923A6C">
        <w:rPr>
          <w:rFonts w:ascii="Cambria Math" w:eastAsia="Times New Roman" w:hAnsi="Cambria Math" w:cs="Times New Roman"/>
          <w:sz w:val="24"/>
          <w:szCs w:val="24"/>
          <w:lang w:val="ru-RU"/>
        </w:rPr>
        <w:t xml:space="preserve">⋅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 = 0 и др.). Уравнение. Решение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уравнений (подбором значения неизвестного, на основе соотношений между целым и частью, на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взаимосвязей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между</w:t>
      </w:r>
      <w:r w:rsidRPr="00923A6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компонентами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результатами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арифметических</w:t>
      </w:r>
      <w:r w:rsidRPr="00923A6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действий).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Работа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текстовыми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задачами</w:t>
      </w:r>
    </w:p>
    <w:p w:rsidR="00923A6C" w:rsidRPr="00923A6C" w:rsidRDefault="00923A6C" w:rsidP="00923A6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Задача.  </w:t>
      </w:r>
      <w:r w:rsidRPr="00923A6C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Структура   </w:t>
      </w:r>
      <w:r w:rsidRPr="00923A6C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задачи.   </w:t>
      </w:r>
      <w:r w:rsidRPr="00923A6C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Решение   </w:t>
      </w:r>
      <w:r w:rsidRPr="00923A6C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текстовых   </w:t>
      </w:r>
      <w:r w:rsidRPr="00923A6C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задач   </w:t>
      </w:r>
      <w:r w:rsidRPr="00923A6C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арифметическим   </w:t>
      </w:r>
      <w:r w:rsidRPr="00923A6C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способом.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923A6C" w:rsidRPr="00923A6C">
          <w:pgSz w:w="11910" w:h="16840"/>
          <w:pgMar w:top="620" w:right="600" w:bottom="280" w:left="620" w:header="720" w:footer="720" w:gutter="0"/>
          <w:cols w:space="720"/>
        </w:sectPr>
      </w:pPr>
    </w:p>
    <w:p w:rsidR="00923A6C" w:rsidRPr="00923A6C" w:rsidRDefault="00923A6C" w:rsidP="00923A6C">
      <w:pPr>
        <w:widowControl w:val="0"/>
        <w:autoSpaceDE w:val="0"/>
        <w:autoSpaceDN w:val="0"/>
        <w:spacing w:before="76"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Планирование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хода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задач.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Текстовые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раскрывающие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смысл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арифметических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действий (сложение, вычитание, умножение и деление). Текстовые задачи, содержащие отношения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больше на (в)…,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меньше на (в)… 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Текстовые задачи,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содержащие величины, характеризующие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 движения (скорость, время, пройденный путь), расчёт стоимости товара (цена, количество,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общая стоимость товара), расход материала при изготовлении предметов (расход на один предмет,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предметов, общий расход)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 др.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 на определение начала, конца и продолжительности события. Задачи на нахождение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доли целого и целого по его доле. Решение задач разными способами. Представление текста задачи в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виде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рисунка,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схематического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рисунка,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схематического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чертежа,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краткой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записи,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таблице,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диаграмме.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Пространственные</w:t>
      </w:r>
      <w:r w:rsidRPr="00923A6C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отношения.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Геометрические фигуры Взаимное расположение предметов в пространстве и на плоскости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(выше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ниже, слева — справа,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— перед,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между, вверху</w:t>
      </w:r>
      <w:r w:rsidRPr="00923A6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— внизу,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ближе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— дальше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 др.).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Распознавание и изображение геометрических фигур (точка, линия (прямая, кривая), отрезок,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луч,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угол,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ломаная,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многоугольник: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треугольник,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четырёхугольник,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прямоугольник,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квадрат,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пятиугольник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 т. д.).</w:t>
      </w:r>
    </w:p>
    <w:p w:rsidR="00923A6C" w:rsidRPr="00923A6C" w:rsidRDefault="00923A6C" w:rsidP="00923A6C">
      <w:pPr>
        <w:widowControl w:val="0"/>
        <w:autoSpaceDE w:val="0"/>
        <w:autoSpaceDN w:val="0"/>
        <w:spacing w:before="1"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Виды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углов: прямой, острый, тупой. Свойство сторон</w:t>
      </w:r>
      <w:r w:rsidRPr="00923A6C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прямоугольника. Виды треугольников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углам: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прямоугольный,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тупоугольный,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остроугольный.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Виды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треугольников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23A6C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соотношению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длин сторон: разносторонний, равнобедренный (равносторонний). Окружность (круг). Центр, радиус,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диаметр окружности (круга). Использование чертёжных инструментов (линейка, угольник, циркуль)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построений.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Геометрические</w:t>
      </w:r>
      <w:r w:rsidRPr="00923A6C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формы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окружающем</w:t>
      </w:r>
      <w:r w:rsidRPr="00923A6C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мире.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Распознавание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называние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геометрических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(куб,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пирамида,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шар).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Геометрические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величины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Геометрические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величины и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измерение.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Длина.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длины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(миллиметр,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сантиметр,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дециметр,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метр,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километр).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Соотношения</w:t>
      </w:r>
      <w:r w:rsidRPr="00923A6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между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единицами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длины.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Перевод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одних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длины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другие.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Измерение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длины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отрезка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построение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отрезка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заданной длины.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Периметр. Вычисление периметра многоугольника, в том числе периметра прямоугольника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(квадрата).</w:t>
      </w:r>
    </w:p>
    <w:p w:rsidR="00923A6C" w:rsidRPr="00923A6C" w:rsidRDefault="00923A6C" w:rsidP="00923A6C">
      <w:pPr>
        <w:widowControl w:val="0"/>
        <w:autoSpaceDE w:val="0"/>
        <w:autoSpaceDN w:val="0"/>
        <w:spacing w:before="1"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Площадь.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Площадь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геометрической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фигуры.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Единицы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площади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(квадратный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миллиметр,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квадратный сантиметр, квадратный дециметр, квадратный метр, квадратный километр). Точное 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приближённое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(с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помощью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палетки)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измерение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площади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геометрической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фигуры.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Вычисление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площади прямоугольника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(квадрата).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Работа</w:t>
      </w:r>
      <w:r w:rsidRPr="00923A6C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информацией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Сбор и представление информации, связанной со счётом (пересчётом), измерением величин;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 и представление информации в разных формах (таблица, столбчатая диаграмма). Чтение 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заполнение таблиц, чтение и построение столбчатых диаграмм. Интерпретация данных таблицы 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столбчатой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диаграммы.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конечной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последовательности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(цепочки)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предметов,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чисел,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числовых выражений,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геометрических</w:t>
      </w:r>
      <w:r w:rsidRPr="00923A6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фигур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 т.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д. по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заданному</w:t>
      </w:r>
      <w:r w:rsidRPr="00923A6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правилу.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Составление,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запись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простого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алгоритма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(плана)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поиска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информации.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Построение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простейших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логических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высказываний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помощью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логических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связок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слов</w:t>
      </w:r>
      <w:r w:rsidRPr="00923A6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(верно/неверно,</w:t>
      </w:r>
      <w:r w:rsidRPr="00923A6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sz w:val="24"/>
          <w:szCs w:val="24"/>
          <w:lang w:val="ru-RU"/>
        </w:rPr>
        <w:t>что…; если…, то…; все; каждый и др.).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val="ru-RU"/>
        </w:rPr>
      </w:pPr>
    </w:p>
    <w:p w:rsidR="00923A6C" w:rsidRPr="00923A6C" w:rsidRDefault="00923A6C" w:rsidP="00923A6C">
      <w:pPr>
        <w:widowControl w:val="0"/>
        <w:autoSpaceDE w:val="0"/>
        <w:autoSpaceDN w:val="0"/>
        <w:spacing w:before="91" w:after="0" w:line="251" w:lineRule="exact"/>
        <w:ind w:right="2516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923A6C">
        <w:rPr>
          <w:rFonts w:ascii="Times New Roman" w:eastAsia="Times New Roman" w:hAnsi="Times New Roman" w:cs="Times New Roman"/>
          <w:b/>
          <w:lang w:val="ru-RU"/>
        </w:rPr>
        <w:t>Числа от 1</w:t>
      </w:r>
      <w:r w:rsidRPr="00923A6C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до</w:t>
      </w:r>
      <w:r w:rsidRPr="00923A6C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1000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51" w:lineRule="exact"/>
        <w:ind w:right="7989"/>
        <w:jc w:val="center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b/>
          <w:lang w:val="ru-RU"/>
        </w:rPr>
        <w:t>Повторение</w:t>
      </w:r>
      <w:r w:rsidRPr="00923A6C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(13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ч)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8" w:lineRule="exact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Четыре</w:t>
      </w:r>
      <w:r w:rsidRPr="00923A6C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арифметических</w:t>
      </w:r>
      <w:r w:rsidRPr="00923A6C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действия.</w:t>
      </w:r>
      <w:r w:rsidRPr="00923A6C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Порядок</w:t>
      </w:r>
      <w:r w:rsidRPr="00923A6C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их</w:t>
      </w:r>
      <w:r w:rsidRPr="00923A6C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выполнения</w:t>
      </w:r>
      <w:r w:rsidRPr="00923A6C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выражениях,</w:t>
      </w:r>
      <w:r w:rsidRPr="00923A6C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содержащих</w:t>
      </w:r>
      <w:r w:rsidRPr="00923A6C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2-4</w:t>
      </w:r>
      <w:r w:rsidRPr="00923A6C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действия.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Письменные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приёмы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вычислений.</w:t>
      </w:r>
    </w:p>
    <w:p w:rsidR="00923A6C" w:rsidRPr="00923A6C" w:rsidRDefault="00923A6C" w:rsidP="00923A6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2"/>
          <w:szCs w:val="24"/>
          <w:lang w:val="ru-RU"/>
        </w:rPr>
      </w:pPr>
    </w:p>
    <w:p w:rsidR="00923A6C" w:rsidRPr="00923A6C" w:rsidRDefault="00923A6C" w:rsidP="00923A6C">
      <w:pPr>
        <w:widowControl w:val="0"/>
        <w:autoSpaceDE w:val="0"/>
        <w:autoSpaceDN w:val="0"/>
        <w:spacing w:before="91" w:after="0" w:line="252" w:lineRule="exact"/>
        <w:rPr>
          <w:rFonts w:ascii="Times New Roman" w:eastAsia="Times New Roman" w:hAnsi="Times New Roman" w:cs="Times New Roman"/>
          <w:b/>
          <w:lang w:val="ru-RU"/>
        </w:rPr>
      </w:pPr>
      <w:r w:rsidRPr="00923A6C">
        <w:rPr>
          <w:rFonts w:ascii="Times New Roman" w:eastAsia="Times New Roman" w:hAnsi="Times New Roman" w:cs="Times New Roman"/>
          <w:b/>
          <w:lang w:val="ru-RU"/>
        </w:rPr>
        <w:t>Числа,</w:t>
      </w:r>
      <w:r w:rsidRPr="00923A6C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которые</w:t>
      </w:r>
      <w:r w:rsidRPr="00923A6C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больше</w:t>
      </w:r>
      <w:r w:rsidRPr="00923A6C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1000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b/>
          <w:lang w:val="ru-RU"/>
        </w:rPr>
        <w:t>Нумерация</w:t>
      </w:r>
      <w:r w:rsidRPr="00923A6C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(11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ч)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Новая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счетная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единица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—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тысяча.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37" w:lineRule="auto"/>
        <w:ind w:right="342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Разряды и классы: класс единиц, класс тысяч, класс миллионов и т. д.</w:t>
      </w:r>
      <w:r w:rsidRPr="00923A6C">
        <w:rPr>
          <w:rFonts w:ascii="Times New Roman" w:eastAsia="Times New Roman" w:hAnsi="Times New Roman" w:cs="Times New Roman"/>
          <w:spacing w:val="-5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Чтение,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запись 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сравнение многозначных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чисел.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3043"/>
        <w:rPr>
          <w:rFonts w:ascii="Times New Roman" w:eastAsia="Times New Roman" w:hAnsi="Times New Roman" w:cs="Times New Roman"/>
          <w:lang w:val="ru-RU"/>
        </w:rPr>
        <w:sectPr w:rsidR="00923A6C" w:rsidRPr="00923A6C">
          <w:pgSz w:w="11910" w:h="16840"/>
          <w:pgMar w:top="620" w:right="600" w:bottom="280" w:left="620" w:header="720" w:footer="720" w:gutter="0"/>
          <w:cols w:space="720"/>
        </w:sectPr>
      </w:pPr>
      <w:r w:rsidRPr="00923A6C">
        <w:rPr>
          <w:rFonts w:ascii="Times New Roman" w:eastAsia="Times New Roman" w:hAnsi="Times New Roman" w:cs="Times New Roman"/>
          <w:lang w:val="ru-RU"/>
        </w:rPr>
        <w:t>Представление многозначного числа в виде суммы разрядных слагаемых.</w:t>
      </w:r>
      <w:r w:rsidRPr="00923A6C">
        <w:rPr>
          <w:rFonts w:ascii="Times New Roman" w:eastAsia="Times New Roman" w:hAnsi="Times New Roman" w:cs="Times New Roman"/>
          <w:spacing w:val="-5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Увеличение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(уменьшение) числа в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10, 100, 1000 раз.</w:t>
      </w:r>
    </w:p>
    <w:p w:rsidR="00923A6C" w:rsidRPr="00923A6C" w:rsidRDefault="00923A6C" w:rsidP="00923A6C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b/>
          <w:lang w:val="ru-RU"/>
        </w:rPr>
        <w:lastRenderedPageBreak/>
        <w:t>Величины</w:t>
      </w:r>
      <w:r w:rsidRPr="00923A6C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(16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ч)</w:t>
      </w:r>
    </w:p>
    <w:p w:rsidR="00923A6C" w:rsidRPr="00923A6C" w:rsidRDefault="00923A6C" w:rsidP="00923A6C">
      <w:pPr>
        <w:widowControl w:val="0"/>
        <w:autoSpaceDE w:val="0"/>
        <w:autoSpaceDN w:val="0"/>
        <w:spacing w:before="1" w:after="0" w:line="252" w:lineRule="exact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Единицы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длины: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миллиметр,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сантиметр,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дециметр,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метр,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километр.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Соотношения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между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ними.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Единицы</w:t>
      </w:r>
      <w:r w:rsidRPr="00923A6C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площади:</w:t>
      </w:r>
      <w:r w:rsidRPr="00923A6C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квадратный</w:t>
      </w:r>
      <w:r w:rsidRPr="00923A6C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миллиметр,</w:t>
      </w:r>
      <w:r w:rsidRPr="00923A6C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квадратный</w:t>
      </w:r>
      <w:r w:rsidRPr="00923A6C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сантиметр,</w:t>
      </w:r>
      <w:r w:rsidRPr="00923A6C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квадратный</w:t>
      </w:r>
      <w:r w:rsidRPr="00923A6C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дециметр,</w:t>
      </w:r>
      <w:r w:rsidRPr="00923A6C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квадратный</w:t>
      </w:r>
      <w:r w:rsidRPr="00923A6C">
        <w:rPr>
          <w:rFonts w:ascii="Times New Roman" w:eastAsia="Times New Roman" w:hAnsi="Times New Roman" w:cs="Times New Roman"/>
          <w:spacing w:val="-5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метр,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квадратный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километр. Соотношения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между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ними.</w:t>
      </w:r>
    </w:p>
    <w:p w:rsidR="00923A6C" w:rsidRPr="00923A6C" w:rsidRDefault="00923A6C" w:rsidP="00923A6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Единицы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массы: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грамм,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килограмм,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центнер,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тонна.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Соотношения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между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ними.</w:t>
      </w:r>
    </w:p>
    <w:p w:rsidR="00923A6C" w:rsidRPr="00923A6C" w:rsidRDefault="00923A6C" w:rsidP="00923A6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Единицы</w:t>
      </w:r>
      <w:r w:rsidRPr="00923A6C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времени:</w:t>
      </w:r>
      <w:r w:rsidRPr="00923A6C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секунда,</w:t>
      </w:r>
      <w:r w:rsidRPr="00923A6C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минута,</w:t>
      </w:r>
      <w:r w:rsidRPr="00923A6C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час,</w:t>
      </w:r>
      <w:r w:rsidRPr="00923A6C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сутки,</w:t>
      </w:r>
      <w:r w:rsidRPr="00923A6C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месяц,</w:t>
      </w:r>
      <w:r w:rsidRPr="00923A6C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год,</w:t>
      </w:r>
      <w:r w:rsidRPr="00923A6C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век.</w:t>
      </w:r>
      <w:r w:rsidRPr="00923A6C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Соотношения</w:t>
      </w:r>
      <w:r w:rsidRPr="00923A6C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между</w:t>
      </w:r>
      <w:r w:rsidRPr="00923A6C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ними.</w:t>
      </w:r>
      <w:r w:rsidRPr="00923A6C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Задачи</w:t>
      </w:r>
      <w:r w:rsidRPr="00923A6C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-5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определение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начала,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конца события, его продолжительности.</w:t>
      </w:r>
    </w:p>
    <w:p w:rsidR="00923A6C" w:rsidRPr="00923A6C" w:rsidRDefault="00923A6C" w:rsidP="00923A6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  <w:lang w:val="ru-RU"/>
        </w:rPr>
      </w:pPr>
    </w:p>
    <w:p w:rsidR="00923A6C" w:rsidRPr="00923A6C" w:rsidRDefault="00923A6C" w:rsidP="00923A6C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b/>
          <w:lang w:val="ru-RU"/>
        </w:rPr>
        <w:t>Сложение</w:t>
      </w:r>
      <w:r w:rsidRPr="00923A6C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и вычитание</w:t>
      </w:r>
      <w:r w:rsidRPr="00923A6C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(14 ч)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Сложение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вычитание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(обобщение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систематизация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знаний):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задачи,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решаемые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сложением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вычитанием; сложение и вычитание с числом 0; переместительное и сочетательное свойства сложения и их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использование для рационализации вычислений; взаимосвязь между компонентами и результатами сложения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вычитания;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способы проверки сложения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 вычитания.</w:t>
      </w:r>
    </w:p>
    <w:p w:rsidR="00923A6C" w:rsidRPr="00923A6C" w:rsidRDefault="00923A6C" w:rsidP="00923A6C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Решение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уравнений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вида:</w:t>
      </w:r>
    </w:p>
    <w:p w:rsidR="00923A6C" w:rsidRPr="00923A6C" w:rsidRDefault="00923A6C" w:rsidP="00923A6C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х +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312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=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654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+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79,</w:t>
      </w:r>
    </w:p>
    <w:p w:rsidR="00923A6C" w:rsidRPr="00923A6C" w:rsidRDefault="00923A6C" w:rsidP="00923A6C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729-х = 217 +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163,</w:t>
      </w:r>
    </w:p>
    <w:p w:rsidR="00923A6C" w:rsidRPr="00923A6C" w:rsidRDefault="00923A6C" w:rsidP="00923A6C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х-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137 = 500-140.</w:t>
      </w:r>
    </w:p>
    <w:p w:rsidR="00923A6C" w:rsidRPr="00923A6C" w:rsidRDefault="00923A6C" w:rsidP="00923A6C">
      <w:pPr>
        <w:widowControl w:val="0"/>
        <w:autoSpaceDE w:val="0"/>
        <w:autoSpaceDN w:val="0"/>
        <w:spacing w:before="6" w:after="0" w:line="244" w:lineRule="auto"/>
        <w:ind w:right="132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Устное сложение и вычитание чисел в случаях, сводимых к действиям в пределах 100, и письменное —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остальных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случаях.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Сложение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вычитание значений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величин.</w:t>
      </w:r>
    </w:p>
    <w:p w:rsidR="00923A6C" w:rsidRPr="00923A6C" w:rsidRDefault="00923A6C" w:rsidP="00923A6C">
      <w:pPr>
        <w:widowControl w:val="0"/>
        <w:autoSpaceDE w:val="0"/>
        <w:autoSpaceDN w:val="0"/>
        <w:spacing w:before="186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b/>
          <w:lang w:val="ru-RU"/>
        </w:rPr>
        <w:t>Умножение</w:t>
      </w:r>
      <w:r w:rsidRPr="00923A6C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и</w:t>
      </w:r>
      <w:r w:rsidRPr="00923A6C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b/>
          <w:lang w:val="ru-RU"/>
        </w:rPr>
        <w:t>деление</w:t>
      </w:r>
      <w:r w:rsidRPr="00923A6C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(74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ч)</w:t>
      </w:r>
    </w:p>
    <w:p w:rsidR="00923A6C" w:rsidRPr="00923A6C" w:rsidRDefault="00923A6C" w:rsidP="00923A6C">
      <w:pPr>
        <w:widowControl w:val="0"/>
        <w:autoSpaceDE w:val="0"/>
        <w:autoSpaceDN w:val="0"/>
        <w:spacing w:before="7" w:after="0" w:line="244" w:lineRule="auto"/>
        <w:ind w:right="135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Умножение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(обобщение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систематизация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знаний):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задачи,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решаемые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умножением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делением;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случаи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умножения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числами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1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0;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числа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0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невозможность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0;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переместительное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сочетательное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свойства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умножения,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распределительное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свойство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умножения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относительно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сложения;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рационализация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вычислений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основе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перестановки</w:t>
      </w:r>
      <w:r w:rsidRPr="00923A6C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множителей,</w:t>
      </w:r>
      <w:r w:rsidRPr="00923A6C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умножения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суммы на число и числа на сумму, деления суммы на число, умножения и деления числа на произведение;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взаимосвязь между компонентами и результатами умножения и деления; способы проверки умножения и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деления.</w:t>
      </w:r>
    </w:p>
    <w:p w:rsidR="00923A6C" w:rsidRPr="00923A6C" w:rsidRDefault="00923A6C" w:rsidP="00923A6C">
      <w:pPr>
        <w:widowControl w:val="0"/>
        <w:autoSpaceDE w:val="0"/>
        <w:autoSpaceDN w:val="0"/>
        <w:spacing w:before="8" w:after="0" w:line="244" w:lineRule="auto"/>
        <w:ind w:right="137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 xml:space="preserve">Решение уравнений вида 6 - </w:t>
      </w:r>
      <w:r w:rsidRPr="00923A6C">
        <w:rPr>
          <w:rFonts w:ascii="Times New Roman" w:eastAsia="Times New Roman" w:hAnsi="Times New Roman" w:cs="Times New Roman"/>
          <w:b/>
          <w:i/>
          <w:lang w:val="ru-RU"/>
        </w:rPr>
        <w:t xml:space="preserve">х </w:t>
      </w:r>
      <w:r w:rsidRPr="00923A6C">
        <w:rPr>
          <w:rFonts w:ascii="Times New Roman" w:eastAsia="Times New Roman" w:hAnsi="Times New Roman" w:cs="Times New Roman"/>
          <w:lang w:val="ru-RU"/>
        </w:rPr>
        <w:t>= 429 +120, х - 18 = 270-50, 360:х=630:7 на основе взаимосвязей между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компонентами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результатами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действий.</w:t>
      </w:r>
    </w:p>
    <w:p w:rsidR="00923A6C" w:rsidRPr="00923A6C" w:rsidRDefault="00923A6C" w:rsidP="00923A6C">
      <w:pPr>
        <w:widowControl w:val="0"/>
        <w:autoSpaceDE w:val="0"/>
        <w:autoSpaceDN w:val="0"/>
        <w:spacing w:after="0" w:line="244" w:lineRule="auto"/>
        <w:ind w:right="134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Устное умножение и деление на однозначное число в случаях, сводимых к действиям в пределах 100;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умножение и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деление на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10, 100, 1000.</w:t>
      </w:r>
    </w:p>
    <w:p w:rsidR="00923A6C" w:rsidRPr="00923A6C" w:rsidRDefault="00923A6C" w:rsidP="00923A6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Письменное</w:t>
      </w:r>
      <w:r w:rsidRPr="00923A6C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умножение</w:t>
      </w:r>
      <w:r w:rsidRPr="00923A6C">
        <w:rPr>
          <w:rFonts w:ascii="Times New Roman" w:eastAsia="Times New Roman" w:hAnsi="Times New Roman" w:cs="Times New Roman"/>
          <w:spacing w:val="9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9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деление</w:t>
      </w:r>
      <w:r w:rsidRPr="00923A6C">
        <w:rPr>
          <w:rFonts w:ascii="Times New Roman" w:eastAsia="Times New Roman" w:hAnsi="Times New Roman" w:cs="Times New Roman"/>
          <w:spacing w:val="9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9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однозначное</w:t>
      </w:r>
      <w:r w:rsidRPr="00923A6C">
        <w:rPr>
          <w:rFonts w:ascii="Times New Roman" w:eastAsia="Times New Roman" w:hAnsi="Times New Roman" w:cs="Times New Roman"/>
          <w:spacing w:val="9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9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двузначное</w:t>
      </w:r>
      <w:r w:rsidRPr="00923A6C">
        <w:rPr>
          <w:rFonts w:ascii="Times New Roman" w:eastAsia="Times New Roman" w:hAnsi="Times New Roman" w:cs="Times New Roman"/>
          <w:spacing w:val="9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число</w:t>
      </w:r>
      <w:r w:rsidRPr="00923A6C">
        <w:rPr>
          <w:rFonts w:ascii="Times New Roman" w:eastAsia="Times New Roman" w:hAnsi="Times New Roman" w:cs="Times New Roman"/>
          <w:spacing w:val="10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9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пределах</w:t>
      </w:r>
      <w:r w:rsidRPr="00923A6C">
        <w:rPr>
          <w:rFonts w:ascii="Times New Roman" w:eastAsia="Times New Roman" w:hAnsi="Times New Roman" w:cs="Times New Roman"/>
          <w:spacing w:val="9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миллиона.</w:t>
      </w:r>
    </w:p>
    <w:p w:rsidR="00923A6C" w:rsidRPr="00923A6C" w:rsidRDefault="00923A6C" w:rsidP="00923A6C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Письменное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умножение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трехзначное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число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(в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порядке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ознакомления).</w:t>
      </w:r>
    </w:p>
    <w:p w:rsidR="00923A6C" w:rsidRPr="00923A6C" w:rsidRDefault="00923A6C" w:rsidP="00923A6C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Умножение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деление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значений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величин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однозначное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число.</w:t>
      </w:r>
    </w:p>
    <w:p w:rsidR="00923A6C" w:rsidRPr="00923A6C" w:rsidRDefault="00923A6C" w:rsidP="00923A6C">
      <w:pPr>
        <w:widowControl w:val="0"/>
        <w:autoSpaceDE w:val="0"/>
        <w:autoSpaceDN w:val="0"/>
        <w:spacing w:before="6" w:after="0" w:line="244" w:lineRule="auto"/>
        <w:ind w:right="137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Связь между величинами (скорость, время, расстояние; масса одного предмета, количество предметов,</w:t>
      </w:r>
      <w:r w:rsidRPr="00923A6C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масса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всех предметов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 др.).</w:t>
      </w:r>
    </w:p>
    <w:p w:rsidR="00923A6C" w:rsidRPr="00923A6C" w:rsidRDefault="00923A6C" w:rsidP="00923A6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течение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всего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года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проводится:</w:t>
      </w:r>
    </w:p>
    <w:p w:rsidR="00923A6C" w:rsidRPr="00923A6C" w:rsidRDefault="00923A6C" w:rsidP="00923A6C">
      <w:pPr>
        <w:widowControl w:val="0"/>
        <w:numPr>
          <w:ilvl w:val="0"/>
          <w:numId w:val="11"/>
        </w:numPr>
        <w:tabs>
          <w:tab w:val="left" w:pos="876"/>
        </w:tabs>
        <w:autoSpaceDE w:val="0"/>
        <w:autoSpaceDN w:val="0"/>
        <w:spacing w:before="7" w:after="0" w:line="244" w:lineRule="auto"/>
        <w:ind w:right="134" w:firstLine="562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вычисление</w:t>
      </w:r>
      <w:r w:rsidRPr="00923A6C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значений</w:t>
      </w:r>
      <w:r w:rsidRPr="00923A6C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числовых</w:t>
      </w:r>
      <w:r w:rsidRPr="00923A6C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выражений</w:t>
      </w:r>
      <w:r w:rsidRPr="00923A6C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2</w:t>
      </w:r>
      <w:r w:rsidRPr="00923A6C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—</w:t>
      </w:r>
      <w:r w:rsidRPr="00923A6C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4</w:t>
      </w:r>
      <w:r w:rsidRPr="00923A6C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действия</w:t>
      </w:r>
      <w:r w:rsidRPr="00923A6C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(со</w:t>
      </w:r>
      <w:r w:rsidRPr="00923A6C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скобками</w:t>
      </w:r>
      <w:r w:rsidRPr="00923A6C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без</w:t>
      </w:r>
      <w:r w:rsidRPr="00923A6C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них),</w:t>
      </w:r>
      <w:r w:rsidRPr="00923A6C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требующих</w:t>
      </w:r>
      <w:r w:rsidRPr="00923A6C">
        <w:rPr>
          <w:rFonts w:ascii="Times New Roman" w:eastAsia="Times New Roman" w:hAnsi="Times New Roman" w:cs="Times New Roman"/>
          <w:spacing w:val="-5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применения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всех изученных правил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 порядке выполнения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действий;</w:t>
      </w:r>
    </w:p>
    <w:p w:rsidR="00923A6C" w:rsidRPr="00923A6C" w:rsidRDefault="00923A6C" w:rsidP="00923A6C">
      <w:pPr>
        <w:widowControl w:val="0"/>
        <w:numPr>
          <w:ilvl w:val="0"/>
          <w:numId w:val="11"/>
        </w:numPr>
        <w:tabs>
          <w:tab w:val="left" w:pos="876"/>
        </w:tabs>
        <w:autoSpaceDE w:val="0"/>
        <w:autoSpaceDN w:val="0"/>
        <w:spacing w:before="2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решение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задач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одно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действие,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раскрывающих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смысл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арифметических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действий;</w:t>
      </w:r>
    </w:p>
    <w:p w:rsidR="00923A6C" w:rsidRPr="00923A6C" w:rsidRDefault="00923A6C" w:rsidP="00923A6C">
      <w:pPr>
        <w:widowControl w:val="0"/>
        <w:numPr>
          <w:ilvl w:val="0"/>
          <w:numId w:val="11"/>
        </w:numPr>
        <w:tabs>
          <w:tab w:val="left" w:pos="876"/>
        </w:tabs>
        <w:autoSpaceDE w:val="0"/>
        <w:autoSpaceDN w:val="0"/>
        <w:spacing w:before="6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нахождение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неизвестных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компонентов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действий;</w:t>
      </w:r>
    </w:p>
    <w:p w:rsidR="00923A6C" w:rsidRPr="00923A6C" w:rsidRDefault="00923A6C" w:rsidP="00923A6C">
      <w:pPr>
        <w:widowControl w:val="0"/>
        <w:numPr>
          <w:ilvl w:val="0"/>
          <w:numId w:val="11"/>
        </w:numPr>
        <w:tabs>
          <w:tab w:val="left" w:pos="876"/>
        </w:tabs>
        <w:autoSpaceDE w:val="0"/>
        <w:autoSpaceDN w:val="0"/>
        <w:spacing w:before="4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отношения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больше,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меньше,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равно;</w:t>
      </w:r>
    </w:p>
    <w:p w:rsidR="00923A6C" w:rsidRPr="00923A6C" w:rsidRDefault="00923A6C" w:rsidP="00923A6C">
      <w:pPr>
        <w:widowControl w:val="0"/>
        <w:numPr>
          <w:ilvl w:val="0"/>
          <w:numId w:val="11"/>
        </w:numPr>
        <w:tabs>
          <w:tab w:val="left" w:pos="876"/>
        </w:tabs>
        <w:autoSpaceDE w:val="0"/>
        <w:autoSpaceDN w:val="0"/>
        <w:spacing w:before="6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взаимосвязь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между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величинами;</w:t>
      </w:r>
    </w:p>
    <w:p w:rsidR="00923A6C" w:rsidRPr="00923A6C" w:rsidRDefault="00923A6C" w:rsidP="00923A6C">
      <w:pPr>
        <w:widowControl w:val="0"/>
        <w:numPr>
          <w:ilvl w:val="0"/>
          <w:numId w:val="11"/>
        </w:numPr>
        <w:tabs>
          <w:tab w:val="left" w:pos="876"/>
        </w:tabs>
        <w:autoSpaceDE w:val="0"/>
        <w:autoSpaceDN w:val="0"/>
        <w:spacing w:before="7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решение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задач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2—4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действия;</w:t>
      </w:r>
    </w:p>
    <w:p w:rsidR="00923A6C" w:rsidRPr="00923A6C" w:rsidRDefault="00923A6C" w:rsidP="00923A6C">
      <w:pPr>
        <w:widowControl w:val="0"/>
        <w:numPr>
          <w:ilvl w:val="0"/>
          <w:numId w:val="11"/>
        </w:numPr>
        <w:tabs>
          <w:tab w:val="left" w:pos="876"/>
        </w:tabs>
        <w:autoSpaceDE w:val="0"/>
        <w:autoSpaceDN w:val="0"/>
        <w:spacing w:before="6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решение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задач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на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распознавание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геометрических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фигур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в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составе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более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сложных;</w:t>
      </w:r>
    </w:p>
    <w:p w:rsidR="00923A6C" w:rsidRPr="00923A6C" w:rsidRDefault="00923A6C" w:rsidP="00923A6C">
      <w:pPr>
        <w:widowControl w:val="0"/>
        <w:numPr>
          <w:ilvl w:val="0"/>
          <w:numId w:val="11"/>
        </w:numPr>
        <w:tabs>
          <w:tab w:val="left" w:pos="876"/>
        </w:tabs>
        <w:autoSpaceDE w:val="0"/>
        <w:autoSpaceDN w:val="0"/>
        <w:spacing w:before="7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разбиение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фигуры на</w:t>
      </w:r>
      <w:r w:rsidRPr="00923A6C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заданные части; составление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заданной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фигуры из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2</w:t>
      </w:r>
      <w:r w:rsidRPr="00923A6C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—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3 ее частей;</w:t>
      </w:r>
    </w:p>
    <w:p w:rsidR="00923A6C" w:rsidRPr="00923A6C" w:rsidRDefault="00923A6C" w:rsidP="00923A6C">
      <w:pPr>
        <w:widowControl w:val="0"/>
        <w:numPr>
          <w:ilvl w:val="0"/>
          <w:numId w:val="11"/>
        </w:numPr>
        <w:tabs>
          <w:tab w:val="left" w:pos="876"/>
        </w:tabs>
        <w:autoSpaceDE w:val="0"/>
        <w:autoSpaceDN w:val="0"/>
        <w:spacing w:before="6" w:after="0" w:line="240" w:lineRule="auto"/>
        <w:ind w:left="875"/>
        <w:rPr>
          <w:rFonts w:ascii="Times New Roman" w:eastAsia="Times New Roman" w:hAnsi="Times New Roman" w:cs="Times New Roman"/>
          <w:lang w:val="ru-RU"/>
        </w:rPr>
      </w:pPr>
      <w:r w:rsidRPr="00923A6C">
        <w:rPr>
          <w:rFonts w:ascii="Times New Roman" w:eastAsia="Times New Roman" w:hAnsi="Times New Roman" w:cs="Times New Roman"/>
          <w:lang w:val="ru-RU"/>
        </w:rPr>
        <w:t>построение</w:t>
      </w:r>
      <w:r w:rsidRPr="00923A6C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изученных</w:t>
      </w:r>
      <w:r w:rsidRPr="00923A6C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фигур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с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помощью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линейки</w:t>
      </w:r>
      <w:r w:rsidRPr="00923A6C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и</w:t>
      </w:r>
      <w:r w:rsidRPr="00923A6C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3A6C">
        <w:rPr>
          <w:rFonts w:ascii="Times New Roman" w:eastAsia="Times New Roman" w:hAnsi="Times New Roman" w:cs="Times New Roman"/>
          <w:lang w:val="ru-RU"/>
        </w:rPr>
        <w:t>циркуля.</w:t>
      </w:r>
    </w:p>
    <w:p w:rsidR="005400CE" w:rsidRDefault="00923A6C" w:rsidP="00923A6C">
      <w:pPr>
        <w:widowControl w:val="0"/>
        <w:autoSpaceDE w:val="0"/>
        <w:autoSpaceDN w:val="0"/>
        <w:spacing w:before="188" w:after="0" w:line="679" w:lineRule="auto"/>
        <w:ind w:right="3758"/>
        <w:rPr>
          <w:rFonts w:ascii="Times New Roman" w:eastAsia="Times New Roman" w:hAnsi="Times New Roman" w:cs="Times New Roman"/>
          <w:spacing w:val="-52"/>
          <w:lang w:val="ru-RU"/>
        </w:rPr>
      </w:pPr>
      <w:r w:rsidRPr="00923A6C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59F95" wp14:editId="102802BB">
                <wp:simplePos x="0" y="0"/>
                <wp:positionH relativeFrom="page">
                  <wp:posOffset>745490</wp:posOffset>
                </wp:positionH>
                <wp:positionV relativeFrom="paragraph">
                  <wp:posOffset>727075</wp:posOffset>
                </wp:positionV>
                <wp:extent cx="6073140" cy="9486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94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1603" w:rsidRDefault="00E11603" w:rsidP="00923A6C">
                            <w:pPr>
                              <w:pStyle w:val="af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59F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.7pt;margin-top:57.25pt;width:478.2pt;height:74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FOrAIAAKk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" filled="f" stroked="f">
                <v:textbox inset="0,0,0,0">
                  <w:txbxContent>
                    <w:p w:rsidR="00E11603" w:rsidRDefault="00E11603" w:rsidP="00923A6C">
                      <w:pPr>
                        <w:pStyle w:val="af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23A6C">
        <w:rPr>
          <w:rFonts w:ascii="Times New Roman" w:eastAsia="Times New Roman" w:hAnsi="Times New Roman" w:cs="Times New Roman"/>
          <w:b/>
          <w:lang w:val="ru-RU"/>
        </w:rPr>
        <w:t xml:space="preserve">Итоговое повторение </w:t>
      </w:r>
      <w:r w:rsidRPr="00923A6C">
        <w:rPr>
          <w:rFonts w:ascii="Times New Roman" w:eastAsia="Times New Roman" w:hAnsi="Times New Roman" w:cs="Times New Roman"/>
          <w:lang w:val="ru-RU"/>
        </w:rPr>
        <w:t>(8 ч)</w:t>
      </w:r>
      <w:r w:rsidRPr="00923A6C">
        <w:rPr>
          <w:rFonts w:ascii="Times New Roman" w:eastAsia="Times New Roman" w:hAnsi="Times New Roman" w:cs="Times New Roman"/>
          <w:spacing w:val="-5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5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00CE" w:rsidRPr="005400CE" w:rsidRDefault="005400CE" w:rsidP="005400CE">
      <w:pPr>
        <w:pStyle w:val="ae"/>
        <w:widowControl w:val="0"/>
        <w:numPr>
          <w:ilvl w:val="0"/>
          <w:numId w:val="20"/>
        </w:numPr>
        <w:tabs>
          <w:tab w:val="left" w:pos="828"/>
        </w:tabs>
        <w:autoSpaceDE w:val="0"/>
        <w:autoSpaceDN w:val="0"/>
        <w:spacing w:before="79" w:after="0" w:line="240" w:lineRule="auto"/>
        <w:contextualSpacing w:val="0"/>
        <w:rPr>
          <w:b/>
          <w:sz w:val="24"/>
          <w:lang w:val="ru-RU"/>
        </w:rPr>
      </w:pPr>
      <w:r w:rsidRPr="005400CE">
        <w:rPr>
          <w:b/>
          <w:sz w:val="19"/>
          <w:lang w:val="ru-RU"/>
        </w:rPr>
        <w:lastRenderedPageBreak/>
        <w:t>ТЕМАТИЧЕСКОЕ</w:t>
      </w:r>
      <w:r w:rsidRPr="005400CE">
        <w:rPr>
          <w:b/>
          <w:spacing w:val="2"/>
          <w:sz w:val="19"/>
          <w:lang w:val="ru-RU"/>
        </w:rPr>
        <w:t xml:space="preserve"> </w:t>
      </w:r>
      <w:r w:rsidRPr="005400CE">
        <w:rPr>
          <w:b/>
          <w:sz w:val="19"/>
          <w:lang w:val="ru-RU"/>
        </w:rPr>
        <w:t>ПЛАНИРОВАНИЕ</w:t>
      </w:r>
      <w:r w:rsidRPr="005400CE">
        <w:rPr>
          <w:b/>
          <w:spacing w:val="4"/>
          <w:sz w:val="19"/>
          <w:lang w:val="ru-RU"/>
        </w:rPr>
        <w:t xml:space="preserve"> </w:t>
      </w:r>
      <w:r w:rsidRPr="005400CE">
        <w:rPr>
          <w:b/>
          <w:sz w:val="24"/>
          <w:lang w:val="ru-RU"/>
        </w:rPr>
        <w:t>с</w:t>
      </w:r>
      <w:r w:rsidRPr="005400CE">
        <w:rPr>
          <w:b/>
          <w:spacing w:val="-2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указанием</w:t>
      </w:r>
      <w:r w:rsidRPr="005400CE">
        <w:rPr>
          <w:b/>
          <w:spacing w:val="2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количества</w:t>
      </w:r>
      <w:r w:rsidRPr="005400CE">
        <w:rPr>
          <w:b/>
          <w:spacing w:val="-2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академических</w:t>
      </w:r>
      <w:r w:rsidRPr="005400CE">
        <w:rPr>
          <w:b/>
          <w:spacing w:val="-1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часов,</w:t>
      </w:r>
      <w:r w:rsidRPr="005400CE">
        <w:rPr>
          <w:b/>
          <w:spacing w:val="-1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отводимых</w:t>
      </w:r>
      <w:r w:rsidRPr="005400CE">
        <w:rPr>
          <w:b/>
          <w:spacing w:val="-1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на</w:t>
      </w:r>
      <w:r w:rsidRPr="005400CE">
        <w:rPr>
          <w:b/>
          <w:spacing w:val="-1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освоение</w:t>
      </w:r>
      <w:r w:rsidRPr="005400CE">
        <w:rPr>
          <w:b/>
          <w:spacing w:val="-2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каждой</w:t>
      </w:r>
      <w:r w:rsidRPr="005400CE">
        <w:rPr>
          <w:b/>
          <w:spacing w:val="-1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темы</w:t>
      </w:r>
      <w:r w:rsidRPr="005400CE">
        <w:rPr>
          <w:b/>
          <w:spacing w:val="-2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учебного</w:t>
      </w:r>
      <w:r w:rsidRPr="005400CE">
        <w:rPr>
          <w:b/>
          <w:spacing w:val="-1"/>
          <w:sz w:val="24"/>
          <w:lang w:val="ru-RU"/>
        </w:rPr>
        <w:t xml:space="preserve"> </w:t>
      </w:r>
      <w:r w:rsidRPr="005400CE">
        <w:rPr>
          <w:b/>
          <w:sz w:val="24"/>
          <w:lang w:val="ru-RU"/>
        </w:rPr>
        <w:t>предмета</w:t>
      </w:r>
    </w:p>
    <w:p w:rsidR="005400CE" w:rsidRPr="005400CE" w:rsidRDefault="005400CE" w:rsidP="005400CE">
      <w:pPr>
        <w:pStyle w:val="af"/>
        <w:rPr>
          <w:b/>
          <w:sz w:val="20"/>
          <w:lang w:val="ru-RU"/>
        </w:rPr>
      </w:pPr>
    </w:p>
    <w:p w:rsidR="005400CE" w:rsidRPr="005400CE" w:rsidRDefault="005400CE" w:rsidP="005400CE">
      <w:pPr>
        <w:pStyle w:val="af"/>
        <w:rPr>
          <w:b/>
          <w:sz w:val="20"/>
          <w:lang w:val="ru-RU"/>
        </w:rPr>
      </w:pPr>
    </w:p>
    <w:p w:rsidR="005400CE" w:rsidRPr="005400CE" w:rsidRDefault="005400CE" w:rsidP="005400CE">
      <w:pPr>
        <w:pStyle w:val="af"/>
        <w:spacing w:before="10"/>
        <w:rPr>
          <w:b/>
          <w:sz w:val="17"/>
          <w:lang w:val="ru-RU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950"/>
        <w:gridCol w:w="528"/>
        <w:gridCol w:w="1104"/>
        <w:gridCol w:w="1140"/>
        <w:gridCol w:w="806"/>
        <w:gridCol w:w="3999"/>
        <w:gridCol w:w="1116"/>
        <w:gridCol w:w="1465"/>
        <w:gridCol w:w="9"/>
      </w:tblGrid>
      <w:tr w:rsidR="005400CE" w:rsidRPr="005400CE" w:rsidTr="00041607">
        <w:trPr>
          <w:gridAfter w:val="1"/>
          <w:wAfter w:w="9" w:type="dxa"/>
          <w:trHeight w:val="335"/>
        </w:trPr>
        <w:tc>
          <w:tcPr>
            <w:tcW w:w="396" w:type="dxa"/>
            <w:vMerge w:val="restart"/>
            <w:tcBorders>
              <w:bottom w:val="single" w:sz="6" w:space="0" w:color="000000"/>
            </w:tcBorders>
          </w:tcPr>
          <w:p w:rsidR="005400CE" w:rsidRPr="005400CE" w:rsidRDefault="005400CE" w:rsidP="005400CE">
            <w:pPr>
              <w:pStyle w:val="TableParagraph"/>
              <w:spacing w:line="247" w:lineRule="auto"/>
              <w:ind w:left="86" w:right="62" w:firstLine="33"/>
              <w:rPr>
                <w:b/>
                <w:sz w:val="16"/>
              </w:rPr>
            </w:pPr>
            <w:r w:rsidRPr="005400CE">
              <w:rPr>
                <w:b/>
                <w:sz w:val="16"/>
              </w:rPr>
              <w:t>№</w:t>
            </w:r>
            <w:r w:rsidRPr="005400CE">
              <w:rPr>
                <w:b/>
                <w:spacing w:val="-37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4950" w:type="dxa"/>
            <w:vMerge w:val="restart"/>
            <w:tcBorders>
              <w:bottom w:val="single" w:sz="6" w:space="0" w:color="000000"/>
            </w:tcBorders>
          </w:tcPr>
          <w:p w:rsidR="005400CE" w:rsidRPr="005400CE" w:rsidRDefault="005400CE" w:rsidP="005400CE">
            <w:pPr>
              <w:pStyle w:val="TableParagraph"/>
              <w:spacing w:before="69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Наименование</w:t>
            </w:r>
            <w:r w:rsidRPr="005400CE">
              <w:rPr>
                <w:b/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разделов</w:t>
            </w:r>
            <w:r w:rsidRPr="005400CE">
              <w:rPr>
                <w:b/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и</w:t>
            </w:r>
            <w:r w:rsidRPr="005400CE">
              <w:rPr>
                <w:b/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тем</w:t>
            </w:r>
            <w:r w:rsidRPr="005400CE">
              <w:rPr>
                <w:b/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5400CE" w:rsidRPr="005400CE" w:rsidRDefault="005400CE" w:rsidP="005400CE">
            <w:pPr>
              <w:pStyle w:val="TableParagraph"/>
              <w:spacing w:before="69"/>
              <w:ind w:left="77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Количество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06" w:type="dxa"/>
            <w:vMerge w:val="restart"/>
            <w:tcBorders>
              <w:bottom w:val="single" w:sz="6" w:space="0" w:color="000000"/>
            </w:tcBorders>
          </w:tcPr>
          <w:p w:rsidR="005400CE" w:rsidRPr="005400CE" w:rsidRDefault="005400CE" w:rsidP="005400CE">
            <w:pPr>
              <w:pStyle w:val="TableParagraph"/>
              <w:ind w:left="80"/>
              <w:rPr>
                <w:b/>
                <w:sz w:val="16"/>
              </w:rPr>
            </w:pPr>
            <w:r w:rsidRPr="005400CE">
              <w:rPr>
                <w:b/>
                <w:sz w:val="16"/>
              </w:rPr>
              <w:t>Дата</w:t>
            </w:r>
          </w:p>
          <w:p w:rsidR="005400CE" w:rsidRPr="005400CE" w:rsidRDefault="005400CE" w:rsidP="005400CE">
            <w:pPr>
              <w:pStyle w:val="TableParagraph"/>
              <w:spacing w:before="6"/>
              <w:ind w:left="80"/>
              <w:rPr>
                <w:b/>
                <w:sz w:val="16"/>
              </w:rPr>
            </w:pPr>
            <w:r w:rsidRPr="005400CE">
              <w:rPr>
                <w:b/>
                <w:sz w:val="16"/>
              </w:rPr>
              <w:t>изучения</w:t>
            </w:r>
          </w:p>
        </w:tc>
        <w:tc>
          <w:tcPr>
            <w:tcW w:w="3999" w:type="dxa"/>
            <w:vMerge w:val="restart"/>
            <w:tcBorders>
              <w:bottom w:val="single" w:sz="6" w:space="0" w:color="000000"/>
            </w:tcBorders>
          </w:tcPr>
          <w:p w:rsidR="005400CE" w:rsidRPr="005400CE" w:rsidRDefault="005400CE" w:rsidP="005400CE">
            <w:pPr>
              <w:pStyle w:val="TableParagraph"/>
              <w:spacing w:before="69"/>
              <w:ind w:left="79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Виды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116" w:type="dxa"/>
            <w:vMerge w:val="restart"/>
            <w:tcBorders>
              <w:bottom w:val="single" w:sz="6" w:space="0" w:color="000000"/>
            </w:tcBorders>
          </w:tcPr>
          <w:p w:rsidR="005400CE" w:rsidRPr="005400CE" w:rsidRDefault="005400CE" w:rsidP="005400CE">
            <w:pPr>
              <w:pStyle w:val="TableParagraph"/>
              <w:spacing w:before="76" w:line="244" w:lineRule="auto"/>
              <w:ind w:left="80" w:right="351"/>
              <w:rPr>
                <w:b/>
                <w:sz w:val="16"/>
              </w:rPr>
            </w:pPr>
            <w:r w:rsidRPr="005400CE">
              <w:rPr>
                <w:b/>
                <w:sz w:val="16"/>
              </w:rPr>
              <w:t>Виды,</w:t>
            </w:r>
            <w:r w:rsidRPr="005400CE">
              <w:rPr>
                <w:b/>
                <w:spacing w:val="1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формы</w:t>
            </w:r>
            <w:r w:rsidRPr="005400CE">
              <w:rPr>
                <w:b/>
                <w:spacing w:val="1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контроля</w:t>
            </w:r>
          </w:p>
        </w:tc>
        <w:tc>
          <w:tcPr>
            <w:tcW w:w="1465" w:type="dxa"/>
            <w:vMerge w:val="restart"/>
            <w:tcBorders>
              <w:bottom w:val="single" w:sz="6" w:space="0" w:color="000000"/>
            </w:tcBorders>
          </w:tcPr>
          <w:p w:rsidR="005400CE" w:rsidRPr="005400CE" w:rsidRDefault="005400CE" w:rsidP="005400CE">
            <w:pPr>
              <w:pStyle w:val="TableParagraph"/>
              <w:spacing w:before="76" w:line="249" w:lineRule="auto"/>
              <w:ind w:left="81"/>
              <w:rPr>
                <w:b/>
                <w:sz w:val="16"/>
              </w:rPr>
            </w:pPr>
            <w:r w:rsidRPr="005400CE">
              <w:rPr>
                <w:b/>
                <w:sz w:val="16"/>
              </w:rPr>
              <w:t>Электронные</w:t>
            </w:r>
            <w:r w:rsidRPr="005400CE">
              <w:rPr>
                <w:b/>
                <w:spacing w:val="1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(цифровые)</w:t>
            </w:r>
            <w:r w:rsidRPr="005400CE">
              <w:rPr>
                <w:b/>
                <w:spacing w:val="1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образовательные</w:t>
            </w:r>
            <w:r w:rsidRPr="005400CE">
              <w:rPr>
                <w:b/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ресурсы</w:t>
            </w:r>
          </w:p>
        </w:tc>
      </w:tr>
      <w:tr w:rsidR="005400CE" w:rsidRPr="005400CE" w:rsidTr="00041607">
        <w:trPr>
          <w:gridAfter w:val="1"/>
          <w:wAfter w:w="9" w:type="dxa"/>
          <w:trHeight w:val="562"/>
        </w:trPr>
        <w:tc>
          <w:tcPr>
            <w:tcW w:w="396" w:type="dxa"/>
            <w:vMerge/>
            <w:tcBorders>
              <w:top w:val="nil"/>
              <w:bottom w:val="single" w:sz="6" w:space="0" w:color="000000"/>
            </w:tcBorders>
          </w:tcPr>
          <w:p w:rsidR="005400CE" w:rsidRPr="005400CE" w:rsidRDefault="005400CE" w:rsidP="005400C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50" w:type="dxa"/>
            <w:vMerge/>
            <w:tcBorders>
              <w:top w:val="nil"/>
              <w:bottom w:val="single" w:sz="6" w:space="0" w:color="000000"/>
            </w:tcBorders>
          </w:tcPr>
          <w:p w:rsidR="005400CE" w:rsidRPr="005400CE" w:rsidRDefault="005400CE" w:rsidP="005400C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5400CE" w:rsidRPr="005400CE" w:rsidRDefault="005400CE" w:rsidP="005400CE">
            <w:pPr>
              <w:pStyle w:val="TableParagraph"/>
              <w:spacing w:before="68"/>
              <w:ind w:left="79"/>
              <w:rPr>
                <w:b/>
                <w:sz w:val="16"/>
              </w:rPr>
            </w:pPr>
            <w:r w:rsidRPr="005400CE">
              <w:rPr>
                <w:b/>
                <w:sz w:val="16"/>
              </w:rPr>
              <w:t>всего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:rsidR="005400CE" w:rsidRPr="005400CE" w:rsidRDefault="005400CE" w:rsidP="005400CE">
            <w:pPr>
              <w:pStyle w:val="TableParagraph"/>
              <w:spacing w:line="247" w:lineRule="auto"/>
              <w:ind w:left="78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контрольные</w:t>
            </w:r>
            <w:r w:rsidRPr="005400CE">
              <w:rPr>
                <w:b/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работы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5400CE" w:rsidRPr="005400CE" w:rsidRDefault="005400CE" w:rsidP="005400CE">
            <w:pPr>
              <w:pStyle w:val="TableParagraph"/>
              <w:spacing w:line="247" w:lineRule="auto"/>
              <w:ind w:left="79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практические</w:t>
            </w:r>
            <w:r w:rsidRPr="005400CE">
              <w:rPr>
                <w:b/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работы</w:t>
            </w:r>
          </w:p>
        </w:tc>
        <w:tc>
          <w:tcPr>
            <w:tcW w:w="806" w:type="dxa"/>
            <w:vMerge/>
            <w:tcBorders>
              <w:top w:val="nil"/>
              <w:bottom w:val="single" w:sz="6" w:space="0" w:color="000000"/>
            </w:tcBorders>
          </w:tcPr>
          <w:p w:rsidR="005400CE" w:rsidRPr="005400CE" w:rsidRDefault="005400CE" w:rsidP="005400C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99" w:type="dxa"/>
            <w:vMerge/>
            <w:tcBorders>
              <w:top w:val="nil"/>
              <w:bottom w:val="single" w:sz="6" w:space="0" w:color="000000"/>
            </w:tcBorders>
          </w:tcPr>
          <w:p w:rsidR="005400CE" w:rsidRPr="005400CE" w:rsidRDefault="005400CE" w:rsidP="005400C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  <w:bottom w:val="single" w:sz="6" w:space="0" w:color="000000"/>
            </w:tcBorders>
          </w:tcPr>
          <w:p w:rsidR="005400CE" w:rsidRPr="005400CE" w:rsidRDefault="005400CE" w:rsidP="005400C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  <w:bottom w:val="single" w:sz="6" w:space="0" w:color="000000"/>
            </w:tcBorders>
          </w:tcPr>
          <w:p w:rsidR="005400CE" w:rsidRPr="005400CE" w:rsidRDefault="005400CE" w:rsidP="005400C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400CE" w:rsidRPr="005400CE" w:rsidTr="00041607">
        <w:trPr>
          <w:gridAfter w:val="1"/>
          <w:wAfter w:w="9" w:type="dxa"/>
          <w:trHeight w:val="336"/>
        </w:trPr>
        <w:tc>
          <w:tcPr>
            <w:tcW w:w="15504" w:type="dxa"/>
            <w:gridSpan w:val="9"/>
            <w:tcBorders>
              <w:top w:val="single" w:sz="6" w:space="0" w:color="000000"/>
            </w:tcBorders>
          </w:tcPr>
          <w:p w:rsidR="005400CE" w:rsidRPr="005400CE" w:rsidRDefault="005400CE" w:rsidP="005400CE">
            <w:pPr>
              <w:pStyle w:val="TableParagraph"/>
              <w:spacing w:before="65"/>
              <w:rPr>
                <w:b/>
                <w:sz w:val="16"/>
              </w:rPr>
            </w:pPr>
            <w:r w:rsidRPr="005400CE">
              <w:rPr>
                <w:w w:val="95"/>
                <w:sz w:val="16"/>
              </w:rPr>
              <w:t>Раздел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1.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Числа</w:t>
            </w:r>
          </w:p>
        </w:tc>
      </w:tr>
      <w:tr w:rsidR="005400CE" w:rsidRPr="00E11603" w:rsidTr="00041607">
        <w:trPr>
          <w:gridAfter w:val="1"/>
          <w:wAfter w:w="9" w:type="dxa"/>
          <w:trHeight w:val="1298"/>
        </w:trPr>
        <w:tc>
          <w:tcPr>
            <w:tcW w:w="396" w:type="dxa"/>
          </w:tcPr>
          <w:p w:rsidR="005400CE" w:rsidRPr="005400CE" w:rsidRDefault="005400CE" w:rsidP="005400CE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 w:rsidRPr="005400CE">
              <w:rPr>
                <w:sz w:val="16"/>
              </w:rPr>
              <w:t>1.1.</w:t>
            </w:r>
          </w:p>
        </w:tc>
        <w:tc>
          <w:tcPr>
            <w:tcW w:w="4950" w:type="dxa"/>
          </w:tcPr>
          <w:p w:rsidR="005400CE" w:rsidRPr="005400CE" w:rsidRDefault="005400CE" w:rsidP="005400CE">
            <w:pPr>
              <w:pStyle w:val="TableParagraph"/>
              <w:spacing w:before="71" w:line="247" w:lineRule="auto"/>
              <w:ind w:right="79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Числа</w:t>
            </w:r>
            <w:r w:rsidRPr="005400CE">
              <w:rPr>
                <w:b/>
                <w:spacing w:val="13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в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пределах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миллиона:</w:t>
            </w:r>
            <w:r w:rsidRPr="005400CE">
              <w:rPr>
                <w:b/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чтение,</w:t>
            </w:r>
            <w:r w:rsidRPr="005400CE">
              <w:rPr>
                <w:b/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запись,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поразрядное</w:t>
            </w:r>
            <w:r w:rsidRPr="005400CE">
              <w:rPr>
                <w:b/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сравнение,</w:t>
            </w:r>
            <w:r w:rsidRPr="005400CE">
              <w:rPr>
                <w:b/>
                <w:spacing w:val="-6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упорядочение.</w:t>
            </w:r>
          </w:p>
        </w:tc>
        <w:tc>
          <w:tcPr>
            <w:tcW w:w="528" w:type="dxa"/>
          </w:tcPr>
          <w:p w:rsidR="005400CE" w:rsidRPr="005400CE" w:rsidRDefault="005400CE" w:rsidP="005400CE">
            <w:pPr>
              <w:pStyle w:val="TableParagraph"/>
              <w:spacing w:before="66"/>
              <w:ind w:left="77"/>
              <w:rPr>
                <w:sz w:val="16"/>
              </w:rPr>
            </w:pPr>
            <w:r w:rsidRPr="005400CE"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5400CE" w:rsidRPr="005400CE" w:rsidRDefault="005400CE" w:rsidP="005400CE">
            <w:pPr>
              <w:pStyle w:val="TableParagraph"/>
              <w:spacing w:before="66"/>
              <w:ind w:left="7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Pr="005400CE" w:rsidRDefault="005400CE" w:rsidP="005400CE">
            <w:pPr>
              <w:pStyle w:val="TableParagraph"/>
              <w:spacing w:before="66"/>
              <w:ind w:left="79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P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Pr="005400CE" w:rsidRDefault="005400CE" w:rsidP="005400CE">
            <w:pPr>
              <w:pStyle w:val="TableParagraph"/>
              <w:spacing w:before="71" w:line="252" w:lineRule="auto"/>
              <w:ind w:left="79" w:right="156"/>
              <w:rPr>
                <w:sz w:val="16"/>
              </w:rPr>
            </w:pPr>
            <w:r w:rsidRPr="005400CE">
              <w:rPr>
                <w:w w:val="95"/>
                <w:sz w:val="16"/>
              </w:rPr>
              <w:t>Упражнения: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устная</w:t>
            </w:r>
            <w:r w:rsidRPr="005400CE">
              <w:rPr>
                <w:spacing w:val="2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письменная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работа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числами: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запись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многозначного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числа,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его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представление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виде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суммы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разрядных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слагаемых;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классы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разряды;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выбор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чисел</w:t>
            </w:r>
            <w:r w:rsidRPr="005400CE">
              <w:rPr>
                <w:spacing w:val="-10"/>
                <w:sz w:val="16"/>
              </w:rPr>
              <w:t xml:space="preserve"> </w:t>
            </w:r>
            <w:r w:rsidRPr="005400CE">
              <w:rPr>
                <w:sz w:val="16"/>
              </w:rPr>
              <w:t>с</w:t>
            </w:r>
            <w:r w:rsidRPr="005400CE">
              <w:rPr>
                <w:spacing w:val="-8"/>
                <w:sz w:val="16"/>
              </w:rPr>
              <w:t xml:space="preserve"> </w:t>
            </w:r>
            <w:r w:rsidRPr="005400CE">
              <w:rPr>
                <w:sz w:val="16"/>
              </w:rPr>
              <w:t>заданными</w:t>
            </w:r>
            <w:r w:rsidRPr="005400CE">
              <w:rPr>
                <w:spacing w:val="-10"/>
                <w:sz w:val="16"/>
              </w:rPr>
              <w:t xml:space="preserve"> </w:t>
            </w:r>
            <w:r w:rsidRPr="005400CE">
              <w:rPr>
                <w:sz w:val="16"/>
              </w:rPr>
              <w:t>свойствами</w:t>
            </w:r>
            <w:r w:rsidRPr="005400CE">
              <w:rPr>
                <w:spacing w:val="-9"/>
                <w:sz w:val="16"/>
              </w:rPr>
              <w:t xml:space="preserve"> </w:t>
            </w:r>
            <w:r w:rsidRPr="005400CE">
              <w:rPr>
                <w:sz w:val="16"/>
              </w:rPr>
              <w:t>(число</w:t>
            </w:r>
            <w:r w:rsidRPr="005400CE">
              <w:rPr>
                <w:spacing w:val="-9"/>
                <w:sz w:val="16"/>
              </w:rPr>
              <w:t xml:space="preserve"> </w:t>
            </w:r>
            <w:r w:rsidRPr="005400CE">
              <w:rPr>
                <w:sz w:val="16"/>
              </w:rPr>
              <w:t>разрядных</w:t>
            </w:r>
          </w:p>
          <w:p w:rsidR="005400CE" w:rsidRPr="005400CE" w:rsidRDefault="005400CE" w:rsidP="005400CE">
            <w:pPr>
              <w:pStyle w:val="TableParagraph"/>
              <w:ind w:left="79"/>
              <w:rPr>
                <w:sz w:val="16"/>
              </w:rPr>
            </w:pPr>
            <w:r w:rsidRPr="005400CE">
              <w:rPr>
                <w:w w:val="95"/>
                <w:sz w:val="16"/>
              </w:rPr>
              <w:t>единиц,</w:t>
            </w:r>
            <w:r w:rsidRPr="005400CE">
              <w:rPr>
                <w:spacing w:val="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чётность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т.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д.);</w:t>
            </w:r>
          </w:p>
        </w:tc>
        <w:tc>
          <w:tcPr>
            <w:tcW w:w="1116" w:type="dxa"/>
          </w:tcPr>
          <w:p w:rsidR="005400CE" w:rsidRPr="005400CE" w:rsidRDefault="005400CE" w:rsidP="005400CE">
            <w:pPr>
              <w:pStyle w:val="TableParagraph"/>
              <w:spacing w:before="71" w:line="252" w:lineRule="auto"/>
              <w:ind w:left="80" w:right="70"/>
              <w:rPr>
                <w:sz w:val="16"/>
              </w:rPr>
            </w:pPr>
            <w:r w:rsidRPr="005400CE">
              <w:rPr>
                <w:sz w:val="16"/>
              </w:rPr>
              <w:t>Устный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опрос;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Письменный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контроль;</w:t>
            </w:r>
          </w:p>
          <w:p w:rsidR="005400CE" w:rsidRPr="005400CE" w:rsidRDefault="005400CE" w:rsidP="005400CE">
            <w:pPr>
              <w:pStyle w:val="TableParagraph"/>
              <w:spacing w:line="252" w:lineRule="auto"/>
              <w:ind w:left="80" w:right="70"/>
              <w:rPr>
                <w:sz w:val="16"/>
              </w:rPr>
            </w:pPr>
            <w:r w:rsidRPr="005400CE">
              <w:rPr>
                <w:w w:val="95"/>
                <w:sz w:val="16"/>
              </w:rPr>
              <w:t>Практическая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работа;</w:t>
            </w:r>
          </w:p>
        </w:tc>
        <w:tc>
          <w:tcPr>
            <w:tcW w:w="1465" w:type="dxa"/>
          </w:tcPr>
          <w:p w:rsidR="0007378B" w:rsidRDefault="00E11603" w:rsidP="005400CE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13" w:history="1">
              <w:r w:rsidR="0007378B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5400CE" w:rsidRDefault="00E11603" w:rsidP="005400CE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14" w:history="1">
              <w:r w:rsidR="0007378B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07378B" w:rsidRPr="005400CE" w:rsidRDefault="0007378B" w:rsidP="005400CE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</w:p>
        </w:tc>
      </w:tr>
      <w:tr w:rsidR="00041607" w:rsidRPr="00E11603" w:rsidTr="00041607">
        <w:trPr>
          <w:gridAfter w:val="1"/>
          <w:wAfter w:w="9" w:type="dxa"/>
          <w:trHeight w:val="1297"/>
        </w:trPr>
        <w:tc>
          <w:tcPr>
            <w:tcW w:w="396" w:type="dxa"/>
          </w:tcPr>
          <w:p w:rsidR="00041607" w:rsidRPr="005400CE" w:rsidRDefault="00041607" w:rsidP="005400CE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 w:rsidRPr="005400CE">
              <w:rPr>
                <w:sz w:val="16"/>
              </w:rPr>
              <w:t>1.2.</w:t>
            </w:r>
          </w:p>
        </w:tc>
        <w:tc>
          <w:tcPr>
            <w:tcW w:w="4950" w:type="dxa"/>
          </w:tcPr>
          <w:p w:rsidR="00041607" w:rsidRPr="005400CE" w:rsidRDefault="00041607" w:rsidP="005400CE">
            <w:pPr>
              <w:pStyle w:val="TableParagraph"/>
              <w:spacing w:line="247" w:lineRule="auto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Число,</w:t>
            </w:r>
            <w:r w:rsidRPr="005400CE">
              <w:rPr>
                <w:b/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большее</w:t>
            </w:r>
            <w:r w:rsidRPr="005400CE">
              <w:rPr>
                <w:b/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или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меньшее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данного</w:t>
            </w:r>
            <w:r w:rsidRPr="005400CE">
              <w:rPr>
                <w:b/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числа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на</w:t>
            </w:r>
            <w:r w:rsidRPr="005400CE">
              <w:rPr>
                <w:b/>
                <w:spacing w:val="1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заданное</w:t>
            </w:r>
            <w:r w:rsidRPr="005400CE">
              <w:rPr>
                <w:b/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число</w:t>
            </w:r>
            <w:r w:rsidRPr="005400CE">
              <w:rPr>
                <w:b/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разрядных</w:t>
            </w:r>
            <w:r w:rsidRPr="005400CE">
              <w:rPr>
                <w:b/>
                <w:spacing w:val="-3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единиц,</w:t>
            </w:r>
            <w:r w:rsidRPr="005400CE">
              <w:rPr>
                <w:b/>
                <w:spacing w:val="-4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в</w:t>
            </w:r>
            <w:r w:rsidRPr="005400CE">
              <w:rPr>
                <w:b/>
                <w:spacing w:val="-4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заданное</w:t>
            </w:r>
            <w:r w:rsidRPr="005400CE">
              <w:rPr>
                <w:b/>
                <w:spacing w:val="-3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число</w:t>
            </w:r>
            <w:r w:rsidRPr="005400CE">
              <w:rPr>
                <w:b/>
                <w:spacing w:val="-2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раз.</w:t>
            </w:r>
          </w:p>
        </w:tc>
        <w:tc>
          <w:tcPr>
            <w:tcW w:w="528" w:type="dxa"/>
          </w:tcPr>
          <w:p w:rsidR="00041607" w:rsidRPr="005400CE" w:rsidRDefault="00041607" w:rsidP="005400CE">
            <w:pPr>
              <w:pStyle w:val="TableParagraph"/>
              <w:spacing w:before="66"/>
              <w:ind w:left="77"/>
              <w:rPr>
                <w:sz w:val="16"/>
              </w:rPr>
            </w:pPr>
            <w:r w:rsidRPr="005400CE"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041607" w:rsidRPr="005400CE" w:rsidRDefault="00041607" w:rsidP="005400CE">
            <w:pPr>
              <w:pStyle w:val="TableParagraph"/>
              <w:spacing w:before="66"/>
              <w:ind w:left="7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041607" w:rsidRPr="005400CE" w:rsidRDefault="00041607" w:rsidP="005400CE">
            <w:pPr>
              <w:pStyle w:val="TableParagraph"/>
              <w:spacing w:before="66"/>
              <w:ind w:left="79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041607" w:rsidRPr="005400CE" w:rsidRDefault="00041607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041607" w:rsidRPr="005400CE" w:rsidRDefault="00041607" w:rsidP="005400CE">
            <w:pPr>
              <w:pStyle w:val="TableParagraph"/>
              <w:spacing w:before="71" w:line="247" w:lineRule="auto"/>
              <w:ind w:left="79"/>
              <w:rPr>
                <w:sz w:val="16"/>
              </w:rPr>
            </w:pPr>
            <w:r w:rsidRPr="005400CE">
              <w:rPr>
                <w:w w:val="95"/>
                <w:sz w:val="16"/>
              </w:rPr>
              <w:t>Моделирование</w:t>
            </w:r>
            <w:r w:rsidRPr="005400CE">
              <w:rPr>
                <w:spacing w:val="1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многозначных</w:t>
            </w:r>
            <w:r w:rsidRPr="005400CE">
              <w:rPr>
                <w:spacing w:val="12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чисел,</w:t>
            </w:r>
            <w:r w:rsidRPr="005400CE">
              <w:rPr>
                <w:spacing w:val="1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характеристика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классов</w:t>
            </w:r>
            <w:r w:rsidRPr="005400CE">
              <w:rPr>
                <w:spacing w:val="-8"/>
                <w:sz w:val="16"/>
              </w:rPr>
              <w:t xml:space="preserve"> </w:t>
            </w:r>
            <w:r w:rsidRPr="005400CE">
              <w:rPr>
                <w:sz w:val="16"/>
              </w:rPr>
              <w:t>и</w:t>
            </w:r>
            <w:r w:rsidRPr="005400CE">
              <w:rPr>
                <w:spacing w:val="-5"/>
                <w:sz w:val="16"/>
              </w:rPr>
              <w:t xml:space="preserve"> </w:t>
            </w:r>
            <w:r w:rsidRPr="005400CE">
              <w:rPr>
                <w:sz w:val="16"/>
              </w:rPr>
              <w:t>разрядов</w:t>
            </w:r>
            <w:r w:rsidRPr="005400CE">
              <w:rPr>
                <w:spacing w:val="-3"/>
                <w:sz w:val="16"/>
              </w:rPr>
              <w:t xml:space="preserve"> </w:t>
            </w:r>
            <w:r w:rsidRPr="005400CE">
              <w:rPr>
                <w:sz w:val="16"/>
              </w:rPr>
              <w:t>многозначного</w:t>
            </w:r>
            <w:r w:rsidRPr="005400CE">
              <w:rPr>
                <w:spacing w:val="-6"/>
                <w:sz w:val="16"/>
              </w:rPr>
              <w:t xml:space="preserve"> </w:t>
            </w:r>
            <w:r w:rsidRPr="005400CE">
              <w:rPr>
                <w:sz w:val="16"/>
              </w:rPr>
              <w:t>числа;</w:t>
            </w:r>
          </w:p>
        </w:tc>
        <w:tc>
          <w:tcPr>
            <w:tcW w:w="1116" w:type="dxa"/>
          </w:tcPr>
          <w:p w:rsidR="00041607" w:rsidRPr="005400CE" w:rsidRDefault="00041607" w:rsidP="005400CE">
            <w:pPr>
              <w:pStyle w:val="TableParagraph"/>
              <w:spacing w:before="71" w:line="252" w:lineRule="auto"/>
              <w:ind w:left="80" w:right="70"/>
              <w:rPr>
                <w:sz w:val="16"/>
              </w:rPr>
            </w:pPr>
            <w:r w:rsidRPr="005400CE">
              <w:rPr>
                <w:sz w:val="16"/>
              </w:rPr>
              <w:t>Устный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опрос;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Письменный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контроль;</w:t>
            </w:r>
          </w:p>
          <w:p w:rsidR="00041607" w:rsidRPr="005400CE" w:rsidRDefault="00041607" w:rsidP="005400CE">
            <w:pPr>
              <w:pStyle w:val="TableParagraph"/>
              <w:spacing w:line="254" w:lineRule="auto"/>
              <w:ind w:left="80" w:right="70"/>
              <w:rPr>
                <w:sz w:val="16"/>
              </w:rPr>
            </w:pPr>
            <w:r w:rsidRPr="005400CE">
              <w:rPr>
                <w:w w:val="95"/>
                <w:sz w:val="16"/>
              </w:rPr>
              <w:t>Практическая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работа;</w:t>
            </w:r>
          </w:p>
        </w:tc>
        <w:tc>
          <w:tcPr>
            <w:tcW w:w="1465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15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16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041607" w:rsidRPr="002F79D1" w:rsidRDefault="00041607" w:rsidP="008810CE">
            <w:pPr>
              <w:pStyle w:val="TableParagraph"/>
              <w:spacing w:before="69" w:line="247" w:lineRule="auto"/>
              <w:rPr>
                <w:sz w:val="16"/>
              </w:rPr>
            </w:pPr>
          </w:p>
        </w:tc>
      </w:tr>
      <w:tr w:rsidR="00041607" w:rsidRPr="00E11603" w:rsidTr="00041607">
        <w:trPr>
          <w:gridAfter w:val="1"/>
          <w:wAfter w:w="9" w:type="dxa"/>
          <w:trHeight w:val="1300"/>
        </w:trPr>
        <w:tc>
          <w:tcPr>
            <w:tcW w:w="396" w:type="dxa"/>
          </w:tcPr>
          <w:p w:rsidR="00041607" w:rsidRPr="005400CE" w:rsidRDefault="00041607" w:rsidP="005400CE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 w:rsidRPr="005400CE">
              <w:rPr>
                <w:sz w:val="16"/>
              </w:rPr>
              <w:t>1.3.</w:t>
            </w:r>
          </w:p>
        </w:tc>
        <w:tc>
          <w:tcPr>
            <w:tcW w:w="4950" w:type="dxa"/>
          </w:tcPr>
          <w:p w:rsidR="00041607" w:rsidRPr="005400CE" w:rsidRDefault="00041607" w:rsidP="005400CE">
            <w:pPr>
              <w:pStyle w:val="TableParagraph"/>
              <w:spacing w:before="69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Свойства</w:t>
            </w:r>
            <w:r w:rsidRPr="005400CE">
              <w:rPr>
                <w:b/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многозначного</w:t>
            </w:r>
            <w:r w:rsidRPr="005400CE">
              <w:rPr>
                <w:b/>
                <w:spacing w:val="12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числа.</w:t>
            </w:r>
          </w:p>
        </w:tc>
        <w:tc>
          <w:tcPr>
            <w:tcW w:w="528" w:type="dxa"/>
          </w:tcPr>
          <w:p w:rsidR="00041607" w:rsidRPr="005400CE" w:rsidRDefault="00041607" w:rsidP="005400CE">
            <w:pPr>
              <w:pStyle w:val="TableParagraph"/>
              <w:spacing w:before="66"/>
              <w:ind w:left="77"/>
              <w:rPr>
                <w:sz w:val="16"/>
              </w:rPr>
            </w:pPr>
            <w:r w:rsidRPr="005400CE"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041607" w:rsidRPr="005400CE" w:rsidRDefault="00041607" w:rsidP="005400CE">
            <w:pPr>
              <w:pStyle w:val="TableParagraph"/>
              <w:spacing w:before="66"/>
              <w:ind w:left="7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041607" w:rsidRPr="005400CE" w:rsidRDefault="00041607" w:rsidP="005400CE">
            <w:pPr>
              <w:pStyle w:val="TableParagraph"/>
              <w:spacing w:before="66"/>
              <w:ind w:left="79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041607" w:rsidRPr="005400CE" w:rsidRDefault="00041607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041607" w:rsidRPr="005400CE" w:rsidRDefault="00041607" w:rsidP="005400CE">
            <w:pPr>
              <w:pStyle w:val="TableParagraph"/>
              <w:spacing w:before="71" w:line="252" w:lineRule="auto"/>
              <w:ind w:left="79" w:right="156"/>
              <w:rPr>
                <w:sz w:val="16"/>
              </w:rPr>
            </w:pPr>
            <w:r w:rsidRPr="005400CE">
              <w:rPr>
                <w:w w:val="95"/>
                <w:sz w:val="16"/>
              </w:rPr>
              <w:t>Учебный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диалог: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формулирование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проверка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истинности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утверждения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числе.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Запись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числа,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обладающего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заданным</w:t>
            </w:r>
            <w:r w:rsidRPr="005400CE">
              <w:rPr>
                <w:spacing w:val="12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свойством.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Называние</w:t>
            </w:r>
            <w:r w:rsidRPr="005400CE">
              <w:rPr>
                <w:spacing w:val="1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</w:t>
            </w:r>
          </w:p>
          <w:p w:rsidR="00041607" w:rsidRPr="005400CE" w:rsidRDefault="00041607" w:rsidP="005400CE">
            <w:pPr>
              <w:pStyle w:val="TableParagraph"/>
              <w:spacing w:before="1" w:line="249" w:lineRule="auto"/>
              <w:ind w:left="79" w:right="380"/>
              <w:rPr>
                <w:sz w:val="16"/>
              </w:rPr>
            </w:pPr>
            <w:r w:rsidRPr="005400CE">
              <w:rPr>
                <w:w w:val="95"/>
                <w:sz w:val="16"/>
              </w:rPr>
              <w:t>объяснение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свойств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числа: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чётное/нечётное,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круглое,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трёх-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(четырёх-,</w:t>
            </w:r>
            <w:r w:rsidRPr="005400CE">
              <w:rPr>
                <w:spacing w:val="-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пяти-,</w:t>
            </w:r>
            <w:r w:rsidRPr="005400CE">
              <w:rPr>
                <w:spacing w:val="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шести-)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значное;</w:t>
            </w:r>
            <w:r w:rsidRPr="005400CE">
              <w:rPr>
                <w:spacing w:val="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ведение</w:t>
            </w:r>
          </w:p>
          <w:p w:rsidR="00041607" w:rsidRPr="005400CE" w:rsidRDefault="00041607" w:rsidP="005400CE">
            <w:pPr>
              <w:pStyle w:val="TableParagraph"/>
              <w:spacing w:before="4"/>
              <w:ind w:left="79"/>
              <w:rPr>
                <w:sz w:val="16"/>
              </w:rPr>
            </w:pPr>
            <w:r w:rsidRPr="005400CE">
              <w:rPr>
                <w:w w:val="95"/>
                <w:sz w:val="16"/>
              </w:rPr>
              <w:t>математических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записей;</w:t>
            </w:r>
          </w:p>
        </w:tc>
        <w:tc>
          <w:tcPr>
            <w:tcW w:w="1116" w:type="dxa"/>
          </w:tcPr>
          <w:p w:rsidR="00041607" w:rsidRPr="005400CE" w:rsidRDefault="00041607" w:rsidP="005400CE">
            <w:pPr>
              <w:pStyle w:val="TableParagraph"/>
              <w:spacing w:before="71" w:line="252" w:lineRule="auto"/>
              <w:ind w:left="80" w:right="70"/>
              <w:rPr>
                <w:sz w:val="16"/>
              </w:rPr>
            </w:pPr>
            <w:r w:rsidRPr="005400CE">
              <w:rPr>
                <w:sz w:val="16"/>
              </w:rPr>
              <w:t>Устный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опрос;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Письменный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контроль;</w:t>
            </w:r>
          </w:p>
          <w:p w:rsidR="00041607" w:rsidRPr="005400CE" w:rsidRDefault="00041607" w:rsidP="005400CE">
            <w:pPr>
              <w:pStyle w:val="TableParagraph"/>
              <w:spacing w:line="254" w:lineRule="auto"/>
              <w:ind w:left="80" w:right="70"/>
              <w:rPr>
                <w:sz w:val="16"/>
              </w:rPr>
            </w:pPr>
            <w:r w:rsidRPr="005400CE">
              <w:rPr>
                <w:w w:val="95"/>
                <w:sz w:val="16"/>
              </w:rPr>
              <w:t>Практическая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работа;</w:t>
            </w:r>
          </w:p>
        </w:tc>
        <w:tc>
          <w:tcPr>
            <w:tcW w:w="1465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17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18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041607" w:rsidRPr="002F79D1" w:rsidRDefault="00041607" w:rsidP="008810CE">
            <w:pPr>
              <w:pStyle w:val="TableParagraph"/>
              <w:spacing w:before="69" w:line="247" w:lineRule="auto"/>
              <w:rPr>
                <w:w w:val="95"/>
                <w:sz w:val="16"/>
              </w:rPr>
            </w:pPr>
          </w:p>
        </w:tc>
      </w:tr>
      <w:tr w:rsidR="00041607" w:rsidRPr="00E11603" w:rsidTr="00041607">
        <w:trPr>
          <w:gridAfter w:val="1"/>
          <w:wAfter w:w="9" w:type="dxa"/>
          <w:trHeight w:val="1490"/>
        </w:trPr>
        <w:tc>
          <w:tcPr>
            <w:tcW w:w="396" w:type="dxa"/>
          </w:tcPr>
          <w:p w:rsidR="00041607" w:rsidRPr="005400CE" w:rsidRDefault="00041607" w:rsidP="005400CE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 w:rsidRPr="005400CE">
              <w:rPr>
                <w:sz w:val="16"/>
              </w:rPr>
              <w:t>1.4.</w:t>
            </w:r>
          </w:p>
        </w:tc>
        <w:tc>
          <w:tcPr>
            <w:tcW w:w="4950" w:type="dxa"/>
          </w:tcPr>
          <w:p w:rsidR="00041607" w:rsidRPr="005400CE" w:rsidRDefault="00041607" w:rsidP="005400CE">
            <w:pPr>
              <w:pStyle w:val="TableParagraph"/>
              <w:spacing w:before="69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Дополнение</w:t>
            </w:r>
            <w:r w:rsidRPr="005400CE">
              <w:rPr>
                <w:b/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числа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до</w:t>
            </w:r>
            <w:r w:rsidRPr="005400CE">
              <w:rPr>
                <w:b/>
                <w:spacing w:val="18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заданного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круглого</w:t>
            </w:r>
            <w:r w:rsidRPr="005400CE">
              <w:rPr>
                <w:b/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числа.</w:t>
            </w:r>
          </w:p>
        </w:tc>
        <w:tc>
          <w:tcPr>
            <w:tcW w:w="528" w:type="dxa"/>
          </w:tcPr>
          <w:p w:rsidR="00041607" w:rsidRPr="005400CE" w:rsidRDefault="00041607" w:rsidP="005400CE">
            <w:pPr>
              <w:pStyle w:val="TableParagraph"/>
              <w:spacing w:before="66"/>
              <w:ind w:left="77"/>
              <w:rPr>
                <w:sz w:val="16"/>
              </w:rPr>
            </w:pPr>
            <w:r w:rsidRPr="005400CE"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041607" w:rsidRPr="005400CE" w:rsidRDefault="00041607" w:rsidP="005400CE">
            <w:pPr>
              <w:pStyle w:val="TableParagraph"/>
              <w:spacing w:before="66"/>
              <w:ind w:left="7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041607" w:rsidRPr="005400CE" w:rsidRDefault="00041607" w:rsidP="005400CE">
            <w:pPr>
              <w:pStyle w:val="TableParagraph"/>
              <w:spacing w:before="66"/>
              <w:ind w:left="79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041607" w:rsidRPr="005400CE" w:rsidRDefault="00041607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041607" w:rsidRPr="005400CE" w:rsidRDefault="00041607" w:rsidP="005400CE">
            <w:pPr>
              <w:pStyle w:val="TableParagraph"/>
              <w:spacing w:before="71" w:line="254" w:lineRule="auto"/>
              <w:ind w:left="79" w:right="156"/>
              <w:rPr>
                <w:sz w:val="16"/>
              </w:rPr>
            </w:pPr>
            <w:r w:rsidRPr="005400CE">
              <w:rPr>
                <w:w w:val="95"/>
                <w:sz w:val="16"/>
              </w:rPr>
              <w:t>Работа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парах/группах.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Упорядочение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многозначных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чисел. Классификация чисел по одному-двум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основаниям.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Запись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общего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свойства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группы</w:t>
            </w:r>
            <w:r w:rsidRPr="005400CE">
              <w:rPr>
                <w:spacing w:val="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чисел;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spacing w:val="-1"/>
                <w:sz w:val="16"/>
              </w:rPr>
              <w:t xml:space="preserve">Практические работы: </w:t>
            </w:r>
            <w:r w:rsidRPr="005400CE">
              <w:rPr>
                <w:sz w:val="16"/>
              </w:rPr>
              <w:t>установление правила, по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которому</w:t>
            </w:r>
            <w:r w:rsidRPr="005400CE">
              <w:rPr>
                <w:spacing w:val="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составлен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ряд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чисел,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продолжение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ряда,</w:t>
            </w:r>
          </w:p>
          <w:p w:rsidR="00041607" w:rsidRPr="005400CE" w:rsidRDefault="00041607" w:rsidP="005400CE">
            <w:pPr>
              <w:pStyle w:val="TableParagraph"/>
              <w:spacing w:line="254" w:lineRule="auto"/>
              <w:ind w:left="79"/>
              <w:rPr>
                <w:sz w:val="16"/>
              </w:rPr>
            </w:pPr>
            <w:r w:rsidRPr="005400CE">
              <w:rPr>
                <w:w w:val="95"/>
                <w:sz w:val="16"/>
              </w:rPr>
              <w:t>заполнение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пропусков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ряду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чисел;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описание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положения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числа</w:t>
            </w:r>
            <w:r w:rsidRPr="005400CE">
              <w:rPr>
                <w:spacing w:val="-5"/>
                <w:sz w:val="16"/>
              </w:rPr>
              <w:t xml:space="preserve"> </w:t>
            </w:r>
            <w:r w:rsidRPr="005400CE">
              <w:rPr>
                <w:sz w:val="16"/>
              </w:rPr>
              <w:t>в</w:t>
            </w:r>
            <w:r w:rsidRPr="005400CE">
              <w:rPr>
                <w:spacing w:val="-2"/>
                <w:sz w:val="16"/>
              </w:rPr>
              <w:t xml:space="preserve"> </w:t>
            </w:r>
            <w:r w:rsidRPr="005400CE">
              <w:rPr>
                <w:sz w:val="16"/>
              </w:rPr>
              <w:t>ряду</w:t>
            </w:r>
            <w:r w:rsidRPr="005400CE">
              <w:rPr>
                <w:spacing w:val="-2"/>
                <w:sz w:val="16"/>
              </w:rPr>
              <w:t xml:space="preserve"> </w:t>
            </w:r>
            <w:r w:rsidRPr="005400CE">
              <w:rPr>
                <w:sz w:val="16"/>
              </w:rPr>
              <w:t>чисел;</w:t>
            </w:r>
          </w:p>
        </w:tc>
        <w:tc>
          <w:tcPr>
            <w:tcW w:w="1116" w:type="dxa"/>
          </w:tcPr>
          <w:p w:rsidR="00041607" w:rsidRPr="005400CE" w:rsidRDefault="00041607" w:rsidP="005400CE">
            <w:pPr>
              <w:pStyle w:val="TableParagraph"/>
              <w:spacing w:before="71" w:line="252" w:lineRule="auto"/>
              <w:ind w:left="80" w:right="70"/>
              <w:rPr>
                <w:sz w:val="16"/>
              </w:rPr>
            </w:pPr>
            <w:r w:rsidRPr="005400CE">
              <w:rPr>
                <w:sz w:val="16"/>
              </w:rPr>
              <w:t>Устный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опрос;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Письменный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контроль;</w:t>
            </w:r>
          </w:p>
          <w:p w:rsidR="00041607" w:rsidRPr="005400CE" w:rsidRDefault="00041607" w:rsidP="005400CE">
            <w:pPr>
              <w:pStyle w:val="TableParagraph"/>
              <w:spacing w:line="254" w:lineRule="auto"/>
              <w:ind w:left="80" w:right="70"/>
              <w:rPr>
                <w:sz w:val="16"/>
              </w:rPr>
            </w:pPr>
            <w:r w:rsidRPr="005400CE">
              <w:rPr>
                <w:w w:val="95"/>
                <w:sz w:val="16"/>
              </w:rPr>
              <w:t>Практическая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работа;</w:t>
            </w:r>
          </w:p>
        </w:tc>
        <w:tc>
          <w:tcPr>
            <w:tcW w:w="1465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19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20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041607" w:rsidRPr="002F79D1" w:rsidRDefault="00041607" w:rsidP="008810CE">
            <w:pPr>
              <w:pStyle w:val="TableParagraph"/>
              <w:spacing w:before="69" w:line="247" w:lineRule="auto"/>
              <w:rPr>
                <w:sz w:val="16"/>
              </w:rPr>
            </w:pPr>
          </w:p>
        </w:tc>
      </w:tr>
      <w:tr w:rsidR="005400CE" w:rsidRPr="005400CE" w:rsidTr="00041607">
        <w:trPr>
          <w:gridAfter w:val="1"/>
          <w:wAfter w:w="9" w:type="dxa"/>
          <w:trHeight w:val="338"/>
        </w:trPr>
        <w:tc>
          <w:tcPr>
            <w:tcW w:w="5346" w:type="dxa"/>
            <w:gridSpan w:val="2"/>
          </w:tcPr>
          <w:p w:rsidR="005400CE" w:rsidRPr="005400CE" w:rsidRDefault="005400CE" w:rsidP="005400CE">
            <w:pPr>
              <w:pStyle w:val="TableParagraph"/>
              <w:spacing w:before="66"/>
              <w:rPr>
                <w:sz w:val="16"/>
              </w:rPr>
            </w:pPr>
            <w:r w:rsidRPr="005400CE">
              <w:rPr>
                <w:w w:val="95"/>
                <w:sz w:val="16"/>
              </w:rPr>
              <w:t>Итого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по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5400CE" w:rsidRPr="005400CE" w:rsidRDefault="005400CE" w:rsidP="005400CE">
            <w:pPr>
              <w:pStyle w:val="TableParagraph"/>
              <w:spacing w:before="66"/>
              <w:ind w:left="77"/>
              <w:rPr>
                <w:sz w:val="16"/>
              </w:rPr>
            </w:pPr>
            <w:r w:rsidRPr="005400CE">
              <w:rPr>
                <w:sz w:val="16"/>
              </w:rPr>
              <w:t>11</w:t>
            </w:r>
          </w:p>
        </w:tc>
        <w:tc>
          <w:tcPr>
            <w:tcW w:w="9630" w:type="dxa"/>
            <w:gridSpan w:val="6"/>
          </w:tcPr>
          <w:p w:rsidR="005400CE" w:rsidRP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</w:tr>
      <w:tr w:rsidR="005400CE" w:rsidRPr="005400CE" w:rsidTr="00041607">
        <w:trPr>
          <w:gridAfter w:val="1"/>
          <w:wAfter w:w="9" w:type="dxa"/>
          <w:trHeight w:val="338"/>
        </w:trPr>
        <w:tc>
          <w:tcPr>
            <w:tcW w:w="15504" w:type="dxa"/>
            <w:gridSpan w:val="9"/>
          </w:tcPr>
          <w:p w:rsidR="005400CE" w:rsidRPr="005400CE" w:rsidRDefault="005400CE" w:rsidP="005400CE">
            <w:pPr>
              <w:pStyle w:val="TableParagraph"/>
              <w:spacing w:before="66"/>
              <w:rPr>
                <w:b/>
                <w:sz w:val="16"/>
              </w:rPr>
            </w:pPr>
            <w:r w:rsidRPr="005400CE">
              <w:rPr>
                <w:w w:val="95"/>
                <w:sz w:val="16"/>
              </w:rPr>
              <w:t>Раздел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2.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Величины</w:t>
            </w:r>
          </w:p>
        </w:tc>
      </w:tr>
      <w:tr w:rsidR="005400CE" w:rsidRPr="00E11603" w:rsidTr="00041607">
        <w:trPr>
          <w:gridAfter w:val="1"/>
          <w:wAfter w:w="9" w:type="dxa"/>
          <w:trHeight w:val="1279"/>
        </w:trPr>
        <w:tc>
          <w:tcPr>
            <w:tcW w:w="396" w:type="dxa"/>
          </w:tcPr>
          <w:p w:rsidR="005400CE" w:rsidRPr="005400CE" w:rsidRDefault="005400CE" w:rsidP="005400CE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 w:rsidRPr="005400CE">
              <w:rPr>
                <w:sz w:val="16"/>
              </w:rPr>
              <w:t>2.1.</w:t>
            </w:r>
          </w:p>
        </w:tc>
        <w:tc>
          <w:tcPr>
            <w:tcW w:w="4950" w:type="dxa"/>
          </w:tcPr>
          <w:p w:rsidR="005400CE" w:rsidRPr="005400CE" w:rsidRDefault="005400CE" w:rsidP="005400CE">
            <w:pPr>
              <w:pStyle w:val="TableParagraph"/>
              <w:spacing w:line="247" w:lineRule="auto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Величины:</w:t>
            </w:r>
            <w:r w:rsidRPr="005400CE">
              <w:rPr>
                <w:b/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сравнение</w:t>
            </w:r>
            <w:r w:rsidRPr="005400CE">
              <w:rPr>
                <w:b/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объектов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по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массе,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длине,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площади,</w:t>
            </w:r>
            <w:r w:rsidRPr="005400CE">
              <w:rPr>
                <w:b/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вместимости.</w:t>
            </w:r>
          </w:p>
        </w:tc>
        <w:tc>
          <w:tcPr>
            <w:tcW w:w="528" w:type="dxa"/>
          </w:tcPr>
          <w:p w:rsidR="005400CE" w:rsidRPr="005400CE" w:rsidRDefault="005400CE" w:rsidP="005400CE">
            <w:pPr>
              <w:pStyle w:val="TableParagraph"/>
              <w:spacing w:before="66"/>
              <w:ind w:left="77"/>
              <w:rPr>
                <w:sz w:val="16"/>
              </w:rPr>
            </w:pPr>
            <w:r w:rsidRPr="005400CE"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5400CE" w:rsidRPr="005400CE" w:rsidRDefault="005400CE" w:rsidP="005400CE">
            <w:pPr>
              <w:pStyle w:val="TableParagraph"/>
              <w:spacing w:before="66"/>
              <w:ind w:left="7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Pr="005400CE" w:rsidRDefault="005400CE" w:rsidP="005400CE">
            <w:pPr>
              <w:pStyle w:val="TableParagraph"/>
              <w:spacing w:before="66"/>
              <w:ind w:left="79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P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Pr="005400CE" w:rsidRDefault="005400CE" w:rsidP="005400CE">
            <w:pPr>
              <w:pStyle w:val="TableParagraph"/>
              <w:spacing w:before="71" w:line="252" w:lineRule="auto"/>
              <w:ind w:left="79"/>
              <w:rPr>
                <w:sz w:val="16"/>
              </w:rPr>
            </w:pPr>
            <w:r w:rsidRPr="005400CE">
              <w:rPr>
                <w:w w:val="95"/>
                <w:sz w:val="16"/>
              </w:rPr>
              <w:t>Обсуждение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практических</w:t>
            </w:r>
            <w:r w:rsidRPr="005400CE">
              <w:rPr>
                <w:spacing w:val="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ситуаций.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Распознавание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величин,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характеризующих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процесс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движения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(скорость,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время,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расстояние),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работы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(производительность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труда,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время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работы,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объём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работ).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Установление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зависимостей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между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величинами.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Упорядочение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по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скорости,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времени,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массе;</w:t>
            </w:r>
          </w:p>
        </w:tc>
        <w:tc>
          <w:tcPr>
            <w:tcW w:w="1116" w:type="dxa"/>
          </w:tcPr>
          <w:p w:rsidR="005400CE" w:rsidRPr="005400CE" w:rsidRDefault="005400CE" w:rsidP="005400CE">
            <w:pPr>
              <w:pStyle w:val="TableParagraph"/>
              <w:spacing w:line="249" w:lineRule="auto"/>
              <w:ind w:left="80" w:right="70"/>
              <w:rPr>
                <w:sz w:val="16"/>
              </w:rPr>
            </w:pPr>
            <w:r w:rsidRPr="005400CE">
              <w:rPr>
                <w:sz w:val="16"/>
              </w:rPr>
              <w:t>Устный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опрос;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Письменный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контроль;</w:t>
            </w:r>
          </w:p>
        </w:tc>
        <w:tc>
          <w:tcPr>
            <w:tcW w:w="1465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21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22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Pr="005400CE" w:rsidRDefault="005400CE" w:rsidP="005400CE">
            <w:pPr>
              <w:pStyle w:val="TableParagraph"/>
              <w:spacing w:before="71" w:line="247" w:lineRule="auto"/>
              <w:ind w:left="81"/>
              <w:rPr>
                <w:sz w:val="16"/>
              </w:rPr>
            </w:pPr>
          </w:p>
        </w:tc>
      </w:tr>
      <w:tr w:rsidR="005400CE" w:rsidRPr="00E11603" w:rsidTr="00041607">
        <w:trPr>
          <w:trHeight w:val="1682"/>
        </w:trPr>
        <w:tc>
          <w:tcPr>
            <w:tcW w:w="396" w:type="dxa"/>
          </w:tcPr>
          <w:p w:rsidR="005400CE" w:rsidRP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 w:rsidRPr="005400CE">
              <w:rPr>
                <w:sz w:val="16"/>
              </w:rPr>
              <w:lastRenderedPageBreak/>
              <w:t>2.2.</w:t>
            </w:r>
          </w:p>
        </w:tc>
        <w:tc>
          <w:tcPr>
            <w:tcW w:w="4950" w:type="dxa"/>
          </w:tcPr>
          <w:p w:rsidR="005400CE" w:rsidRPr="005400CE" w:rsidRDefault="005400CE" w:rsidP="005400CE">
            <w:pPr>
              <w:pStyle w:val="TableParagraph"/>
              <w:spacing w:before="65" w:line="244" w:lineRule="auto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Единицы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массы</w:t>
            </w:r>
            <w:r w:rsidRPr="005400CE">
              <w:rPr>
                <w:b/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—</w:t>
            </w:r>
            <w:r w:rsidRPr="005400CE">
              <w:rPr>
                <w:b/>
                <w:spacing w:val="13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центнер,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тонна;</w:t>
            </w:r>
            <w:r w:rsidRPr="005400CE">
              <w:rPr>
                <w:b/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соотношения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между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единицами</w:t>
            </w:r>
            <w:r w:rsidRPr="005400CE">
              <w:rPr>
                <w:b/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массы.</w:t>
            </w:r>
          </w:p>
        </w:tc>
        <w:tc>
          <w:tcPr>
            <w:tcW w:w="528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P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Pr="005400CE" w:rsidRDefault="005400CE" w:rsidP="005400CE">
            <w:pPr>
              <w:pStyle w:val="TableParagraph"/>
              <w:spacing w:before="65" w:line="254" w:lineRule="auto"/>
              <w:ind w:left="74"/>
              <w:rPr>
                <w:sz w:val="16"/>
              </w:rPr>
            </w:pPr>
            <w:r w:rsidRPr="005400CE">
              <w:rPr>
                <w:w w:val="95"/>
                <w:sz w:val="16"/>
              </w:rPr>
              <w:t>Обсуждение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практических</w:t>
            </w:r>
            <w:r w:rsidRPr="005400CE">
              <w:rPr>
                <w:spacing w:val="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ситуаций.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Распознавание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величин,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характеризующих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процесс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движения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(скорость,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время,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расстояние),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работы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(производительность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труда,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время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работы,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объём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работ).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Установление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зависимостей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между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величинами.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Упорядочение</w:t>
            </w:r>
            <w:r w:rsidRPr="005400CE">
              <w:rPr>
                <w:spacing w:val="12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по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скорости,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времени,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массе;</w:t>
            </w:r>
          </w:p>
          <w:p w:rsidR="005400CE" w:rsidRP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 w:rsidRPr="005400CE">
              <w:rPr>
                <w:w w:val="95"/>
                <w:sz w:val="16"/>
              </w:rPr>
              <w:t>Практические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работы: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сравнение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величин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выполнение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действий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(увеличение/уменьшение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на/в)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величинами;</w:t>
            </w:r>
          </w:p>
        </w:tc>
        <w:tc>
          <w:tcPr>
            <w:tcW w:w="1116" w:type="dxa"/>
          </w:tcPr>
          <w:p w:rsidR="005400CE" w:rsidRP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 w:rsidRPr="005400CE">
              <w:rPr>
                <w:sz w:val="16"/>
              </w:rPr>
              <w:t>Устный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опрос;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Письменный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контроль;</w:t>
            </w:r>
          </w:p>
        </w:tc>
        <w:tc>
          <w:tcPr>
            <w:tcW w:w="1474" w:type="dxa"/>
            <w:gridSpan w:val="2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23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24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Pr="005400CE" w:rsidRDefault="005400CE" w:rsidP="005400CE">
            <w:pPr>
              <w:pStyle w:val="TableParagraph"/>
              <w:spacing w:before="63" w:line="244" w:lineRule="auto"/>
              <w:ind w:left="74"/>
              <w:rPr>
                <w:sz w:val="16"/>
              </w:rPr>
            </w:pPr>
          </w:p>
        </w:tc>
      </w:tr>
      <w:tr w:rsidR="005400CE" w:rsidRPr="00E11603" w:rsidTr="00041607">
        <w:trPr>
          <w:trHeight w:val="1790"/>
        </w:trPr>
        <w:tc>
          <w:tcPr>
            <w:tcW w:w="396" w:type="dxa"/>
          </w:tcPr>
          <w:p w:rsidR="005400CE" w:rsidRP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 w:rsidRPr="005400CE">
              <w:rPr>
                <w:sz w:val="16"/>
              </w:rPr>
              <w:t>2.3.</w:t>
            </w:r>
          </w:p>
        </w:tc>
        <w:tc>
          <w:tcPr>
            <w:tcW w:w="4950" w:type="dxa"/>
          </w:tcPr>
          <w:p w:rsidR="005400CE" w:rsidRPr="005400CE" w:rsidRDefault="005400CE" w:rsidP="005400CE">
            <w:pPr>
              <w:pStyle w:val="TableParagraph"/>
              <w:spacing w:before="63" w:line="247" w:lineRule="auto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Единицы</w:t>
            </w:r>
            <w:r w:rsidRPr="005400CE">
              <w:rPr>
                <w:b/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времени</w:t>
            </w:r>
            <w:r w:rsidRPr="005400CE">
              <w:rPr>
                <w:b/>
                <w:spacing w:val="12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(сутки,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неделя,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месяц,</w:t>
            </w:r>
            <w:r w:rsidRPr="005400CE">
              <w:rPr>
                <w:b/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год,</w:t>
            </w:r>
            <w:r w:rsidRPr="005400CE">
              <w:rPr>
                <w:b/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век),</w:t>
            </w:r>
            <w:r w:rsidRPr="005400CE">
              <w:rPr>
                <w:b/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соотношение</w:t>
            </w:r>
            <w:r w:rsidRPr="005400CE">
              <w:rPr>
                <w:b/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между</w:t>
            </w:r>
            <w:r w:rsidRPr="005400CE">
              <w:rPr>
                <w:b/>
                <w:spacing w:val="-4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ними.</w:t>
            </w:r>
            <w:r w:rsidRPr="005400CE">
              <w:rPr>
                <w:b/>
                <w:spacing w:val="-3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Календарь.</w:t>
            </w:r>
          </w:p>
        </w:tc>
        <w:tc>
          <w:tcPr>
            <w:tcW w:w="528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P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Pr="005400CE" w:rsidRDefault="005400CE" w:rsidP="005400CE">
            <w:pPr>
              <w:pStyle w:val="TableParagraph"/>
              <w:spacing w:before="63" w:line="254" w:lineRule="auto"/>
              <w:ind w:left="74" w:right="165"/>
              <w:jc w:val="both"/>
              <w:rPr>
                <w:sz w:val="16"/>
              </w:rPr>
            </w:pPr>
            <w:r w:rsidRPr="005400CE">
              <w:rPr>
                <w:w w:val="95"/>
                <w:sz w:val="16"/>
              </w:rPr>
              <w:t>Комментирование. Представление значения величины в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разных единицах, пошаговый переход от более крупных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единиц</w:t>
            </w:r>
            <w:r w:rsidRPr="005400CE">
              <w:rPr>
                <w:spacing w:val="-2"/>
                <w:sz w:val="16"/>
              </w:rPr>
              <w:t xml:space="preserve"> </w:t>
            </w:r>
            <w:r w:rsidRPr="005400CE">
              <w:rPr>
                <w:sz w:val="16"/>
              </w:rPr>
              <w:t>к</w:t>
            </w:r>
            <w:r w:rsidRPr="005400CE">
              <w:rPr>
                <w:spacing w:val="-2"/>
                <w:sz w:val="16"/>
              </w:rPr>
              <w:t xml:space="preserve"> </w:t>
            </w:r>
            <w:r w:rsidRPr="005400CE">
              <w:rPr>
                <w:sz w:val="16"/>
              </w:rPr>
              <w:t>более</w:t>
            </w:r>
            <w:r w:rsidRPr="005400CE">
              <w:rPr>
                <w:spacing w:val="-2"/>
                <w:sz w:val="16"/>
              </w:rPr>
              <w:t xml:space="preserve"> </w:t>
            </w:r>
            <w:r w:rsidRPr="005400CE">
              <w:rPr>
                <w:sz w:val="16"/>
              </w:rPr>
              <w:t>мелким;</w:t>
            </w:r>
          </w:p>
          <w:p w:rsidR="005400CE" w:rsidRPr="005400CE" w:rsidRDefault="005400CE" w:rsidP="005400CE">
            <w:pPr>
              <w:pStyle w:val="TableParagraph"/>
              <w:spacing w:before="3" w:line="254" w:lineRule="auto"/>
              <w:ind w:left="74" w:right="170"/>
              <w:jc w:val="both"/>
              <w:rPr>
                <w:sz w:val="16"/>
              </w:rPr>
            </w:pPr>
            <w:r w:rsidRPr="005400CE">
              <w:rPr>
                <w:w w:val="95"/>
                <w:sz w:val="16"/>
              </w:rPr>
              <w:t>Практические работы: сравнение величин и выполнение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действий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(увеличение/уменьшение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на/в)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величинами;</w:t>
            </w:r>
          </w:p>
          <w:p w:rsidR="005400CE" w:rsidRPr="005400CE" w:rsidRDefault="005400CE" w:rsidP="005400CE">
            <w:pPr>
              <w:pStyle w:val="TableParagraph"/>
              <w:spacing w:line="254" w:lineRule="auto"/>
              <w:ind w:left="74" w:right="455"/>
              <w:jc w:val="both"/>
              <w:rPr>
                <w:sz w:val="16"/>
              </w:rPr>
            </w:pPr>
            <w:r w:rsidRPr="005400CE">
              <w:rPr>
                <w:w w:val="95"/>
                <w:sz w:val="16"/>
              </w:rPr>
              <w:t>Выбор и использование соответствующей ситуации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единицы измерения. Нахождение доли величины на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основе</w:t>
            </w:r>
            <w:r w:rsidRPr="005400CE">
              <w:rPr>
                <w:spacing w:val="-4"/>
                <w:sz w:val="16"/>
              </w:rPr>
              <w:t xml:space="preserve"> </w:t>
            </w:r>
            <w:r w:rsidRPr="005400CE">
              <w:rPr>
                <w:sz w:val="16"/>
              </w:rPr>
              <w:t>содержательного</w:t>
            </w:r>
            <w:r w:rsidRPr="005400CE">
              <w:rPr>
                <w:spacing w:val="-4"/>
                <w:sz w:val="16"/>
              </w:rPr>
              <w:t xml:space="preserve"> </w:t>
            </w:r>
            <w:r w:rsidRPr="005400CE">
              <w:rPr>
                <w:sz w:val="16"/>
              </w:rPr>
              <w:t>смысла;</w:t>
            </w:r>
          </w:p>
        </w:tc>
        <w:tc>
          <w:tcPr>
            <w:tcW w:w="1116" w:type="dxa"/>
          </w:tcPr>
          <w:p w:rsidR="005400CE" w:rsidRPr="005400CE" w:rsidRDefault="005400CE" w:rsidP="005400CE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 w:rsidRPr="005400CE">
              <w:rPr>
                <w:sz w:val="16"/>
              </w:rPr>
              <w:t>Устный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опрос;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Письменный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контроль;</w:t>
            </w:r>
          </w:p>
        </w:tc>
        <w:tc>
          <w:tcPr>
            <w:tcW w:w="1474" w:type="dxa"/>
            <w:gridSpan w:val="2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25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26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P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041607">
        <w:trPr>
          <w:trHeight w:val="1682"/>
        </w:trPr>
        <w:tc>
          <w:tcPr>
            <w:tcW w:w="396" w:type="dxa"/>
          </w:tcPr>
          <w:p w:rsidR="005400CE" w:rsidRP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 w:rsidRPr="005400CE">
              <w:rPr>
                <w:sz w:val="16"/>
              </w:rPr>
              <w:t>2.4.</w:t>
            </w:r>
          </w:p>
        </w:tc>
        <w:tc>
          <w:tcPr>
            <w:tcW w:w="4950" w:type="dxa"/>
          </w:tcPr>
          <w:p w:rsidR="005400CE" w:rsidRPr="005400CE" w:rsidRDefault="005400CE" w:rsidP="005400CE">
            <w:pPr>
              <w:pStyle w:val="TableParagraph"/>
              <w:spacing w:before="65" w:line="252" w:lineRule="auto"/>
              <w:ind w:right="161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Единицы</w:t>
            </w:r>
            <w:r w:rsidRPr="005400CE">
              <w:rPr>
                <w:b/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длины</w:t>
            </w:r>
            <w:r w:rsidRPr="005400CE">
              <w:rPr>
                <w:b/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(миллиметр,</w:t>
            </w:r>
            <w:r w:rsidRPr="005400CE">
              <w:rPr>
                <w:b/>
                <w:spacing w:val="3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сантиметр,</w:t>
            </w:r>
            <w:r w:rsidRPr="005400CE">
              <w:rPr>
                <w:b/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дециметр, метр,</w:t>
            </w:r>
            <w:r w:rsidRPr="005400CE">
              <w:rPr>
                <w:b/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километр), площади (квадратный</w:t>
            </w:r>
            <w:r w:rsidRPr="005400CE">
              <w:rPr>
                <w:b/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метр, квадратный</w:t>
            </w:r>
            <w:r w:rsidRPr="005400CE">
              <w:rPr>
                <w:b/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дециметр,</w:t>
            </w:r>
            <w:r w:rsidRPr="005400CE">
              <w:rPr>
                <w:b/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квадратный сантиметр), вместимости (литр), скорости</w:t>
            </w:r>
            <w:r w:rsidRPr="005400CE">
              <w:rPr>
                <w:b/>
                <w:spacing w:val="1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(километры в</w:t>
            </w:r>
            <w:r w:rsidRPr="005400CE">
              <w:rPr>
                <w:b/>
                <w:spacing w:val="1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час, метры в</w:t>
            </w:r>
            <w:r w:rsidRPr="005400CE">
              <w:rPr>
                <w:b/>
                <w:spacing w:val="1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минуту, метры в секунду);</w:t>
            </w:r>
            <w:r w:rsidRPr="005400CE">
              <w:rPr>
                <w:b/>
                <w:spacing w:val="1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соотношение</w:t>
            </w:r>
            <w:r w:rsidRPr="005400CE">
              <w:rPr>
                <w:b/>
                <w:spacing w:val="-8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между</w:t>
            </w:r>
            <w:r w:rsidRPr="005400CE">
              <w:rPr>
                <w:b/>
                <w:spacing w:val="-7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единицами</w:t>
            </w:r>
            <w:r w:rsidRPr="005400CE">
              <w:rPr>
                <w:b/>
                <w:spacing w:val="-4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в</w:t>
            </w:r>
            <w:r w:rsidRPr="005400CE">
              <w:rPr>
                <w:b/>
                <w:spacing w:val="26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пределах</w:t>
            </w:r>
            <w:r w:rsidRPr="005400CE">
              <w:rPr>
                <w:b/>
                <w:spacing w:val="-7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100</w:t>
            </w:r>
            <w:r w:rsidRPr="005400CE">
              <w:rPr>
                <w:b/>
                <w:spacing w:val="-4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000.</w:t>
            </w:r>
          </w:p>
        </w:tc>
        <w:tc>
          <w:tcPr>
            <w:tcW w:w="528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P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Pr="005400CE" w:rsidRDefault="005400CE" w:rsidP="005400CE">
            <w:pPr>
              <w:pStyle w:val="TableParagraph"/>
              <w:spacing w:before="65" w:line="254" w:lineRule="auto"/>
              <w:ind w:left="74" w:right="165"/>
              <w:jc w:val="both"/>
              <w:rPr>
                <w:sz w:val="16"/>
              </w:rPr>
            </w:pPr>
            <w:r w:rsidRPr="005400CE">
              <w:rPr>
                <w:w w:val="95"/>
                <w:sz w:val="16"/>
              </w:rPr>
              <w:t>Комментирование. Представление значения величины в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разных единицах, пошаговый переход от более крупных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единиц</w:t>
            </w:r>
            <w:r w:rsidRPr="005400CE">
              <w:rPr>
                <w:spacing w:val="-2"/>
                <w:sz w:val="16"/>
              </w:rPr>
              <w:t xml:space="preserve"> </w:t>
            </w:r>
            <w:r w:rsidRPr="005400CE">
              <w:rPr>
                <w:sz w:val="16"/>
              </w:rPr>
              <w:t>к</w:t>
            </w:r>
            <w:r w:rsidRPr="005400CE">
              <w:rPr>
                <w:spacing w:val="-2"/>
                <w:sz w:val="16"/>
              </w:rPr>
              <w:t xml:space="preserve"> </w:t>
            </w:r>
            <w:r w:rsidRPr="005400CE">
              <w:rPr>
                <w:sz w:val="16"/>
              </w:rPr>
              <w:t>более</w:t>
            </w:r>
            <w:r w:rsidRPr="005400CE">
              <w:rPr>
                <w:spacing w:val="-2"/>
                <w:sz w:val="16"/>
              </w:rPr>
              <w:t xml:space="preserve"> </w:t>
            </w:r>
            <w:r w:rsidRPr="005400CE">
              <w:rPr>
                <w:sz w:val="16"/>
              </w:rPr>
              <w:t>мелким;</w:t>
            </w:r>
          </w:p>
          <w:p w:rsidR="005400CE" w:rsidRPr="005400CE" w:rsidRDefault="005400CE" w:rsidP="005400CE">
            <w:pPr>
              <w:pStyle w:val="TableParagraph"/>
              <w:spacing w:before="1" w:line="256" w:lineRule="auto"/>
              <w:ind w:left="74" w:right="168"/>
              <w:jc w:val="both"/>
              <w:rPr>
                <w:sz w:val="16"/>
              </w:rPr>
            </w:pPr>
            <w:r w:rsidRPr="005400CE">
              <w:rPr>
                <w:w w:val="95"/>
                <w:sz w:val="16"/>
              </w:rPr>
              <w:t>Практические работы: сравнение величин и выполнение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действий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(увеличение/уменьшение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на/в)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величинами;</w:t>
            </w:r>
          </w:p>
          <w:p w:rsidR="005400CE" w:rsidRPr="005400CE" w:rsidRDefault="005400CE" w:rsidP="005400CE">
            <w:pPr>
              <w:pStyle w:val="TableParagraph"/>
              <w:spacing w:line="254" w:lineRule="auto"/>
              <w:ind w:left="74" w:right="455"/>
              <w:jc w:val="both"/>
              <w:rPr>
                <w:sz w:val="16"/>
              </w:rPr>
            </w:pPr>
            <w:r w:rsidRPr="005400CE">
              <w:rPr>
                <w:w w:val="95"/>
                <w:sz w:val="16"/>
              </w:rPr>
              <w:t>Выбор и использование соответствующей ситуации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единицы измерения. Нахождение доли величины на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основе</w:t>
            </w:r>
            <w:r w:rsidRPr="005400CE">
              <w:rPr>
                <w:spacing w:val="-4"/>
                <w:sz w:val="16"/>
              </w:rPr>
              <w:t xml:space="preserve"> </w:t>
            </w:r>
            <w:r w:rsidRPr="005400CE">
              <w:rPr>
                <w:sz w:val="16"/>
              </w:rPr>
              <w:t>содержательного</w:t>
            </w:r>
            <w:r w:rsidRPr="005400CE">
              <w:rPr>
                <w:spacing w:val="-4"/>
                <w:sz w:val="16"/>
              </w:rPr>
              <w:t xml:space="preserve"> </w:t>
            </w:r>
            <w:r w:rsidRPr="005400CE">
              <w:rPr>
                <w:sz w:val="16"/>
              </w:rPr>
              <w:t>смысла;</w:t>
            </w:r>
          </w:p>
        </w:tc>
        <w:tc>
          <w:tcPr>
            <w:tcW w:w="1116" w:type="dxa"/>
          </w:tcPr>
          <w:p w:rsidR="005400CE" w:rsidRP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 w:rsidRPr="005400CE">
              <w:rPr>
                <w:sz w:val="16"/>
              </w:rPr>
              <w:t>Устный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опрос;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Письменный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контроль;</w:t>
            </w:r>
          </w:p>
        </w:tc>
        <w:tc>
          <w:tcPr>
            <w:tcW w:w="1474" w:type="dxa"/>
            <w:gridSpan w:val="2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27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28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Pr="005400CE" w:rsidRDefault="005400CE" w:rsidP="005400CE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041607">
        <w:trPr>
          <w:trHeight w:val="2464"/>
        </w:trPr>
        <w:tc>
          <w:tcPr>
            <w:tcW w:w="396" w:type="dxa"/>
          </w:tcPr>
          <w:p w:rsidR="005400CE" w:rsidRPr="005400CE" w:rsidRDefault="005400CE" w:rsidP="005400CE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 w:rsidRPr="005400CE">
              <w:rPr>
                <w:sz w:val="16"/>
              </w:rPr>
              <w:t>2.5.</w:t>
            </w:r>
          </w:p>
        </w:tc>
        <w:tc>
          <w:tcPr>
            <w:tcW w:w="4950" w:type="dxa"/>
          </w:tcPr>
          <w:p w:rsidR="005400CE" w:rsidRPr="005400CE" w:rsidRDefault="005400CE" w:rsidP="005400CE">
            <w:pPr>
              <w:pStyle w:val="TableParagraph"/>
              <w:spacing w:before="63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Доля</w:t>
            </w:r>
            <w:r w:rsidRPr="005400CE">
              <w:rPr>
                <w:b/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величины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времени,</w:t>
            </w:r>
            <w:r w:rsidRPr="005400CE">
              <w:rPr>
                <w:b/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массы,</w:t>
            </w:r>
            <w:r w:rsidRPr="005400CE">
              <w:rPr>
                <w:b/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длины.</w:t>
            </w:r>
          </w:p>
        </w:tc>
        <w:tc>
          <w:tcPr>
            <w:tcW w:w="528" w:type="dxa"/>
          </w:tcPr>
          <w:p w:rsidR="005400CE" w:rsidRP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 w:rsidRPr="005400CE"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5400CE" w:rsidRP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P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P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Pr="005400CE" w:rsidRDefault="005400CE" w:rsidP="005400CE">
            <w:pPr>
              <w:pStyle w:val="TableParagraph"/>
              <w:spacing w:before="68"/>
              <w:ind w:left="74"/>
              <w:rPr>
                <w:sz w:val="16"/>
              </w:rPr>
            </w:pPr>
            <w:r w:rsidRPr="005400CE">
              <w:rPr>
                <w:w w:val="95"/>
                <w:sz w:val="16"/>
              </w:rPr>
              <w:t>Дифференцированное</w:t>
            </w:r>
            <w:r w:rsidRPr="005400CE">
              <w:rPr>
                <w:spacing w:val="12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задание: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оформление</w:t>
            </w:r>
          </w:p>
          <w:p w:rsidR="005400CE" w:rsidRPr="005400CE" w:rsidRDefault="005400CE" w:rsidP="005400CE">
            <w:pPr>
              <w:pStyle w:val="TableParagraph"/>
              <w:spacing w:before="10" w:line="254" w:lineRule="auto"/>
              <w:ind w:left="74" w:right="62"/>
              <w:rPr>
                <w:sz w:val="16"/>
              </w:rPr>
            </w:pPr>
            <w:r w:rsidRPr="005400CE">
              <w:rPr>
                <w:spacing w:val="-1"/>
                <w:sz w:val="16"/>
              </w:rPr>
              <w:t xml:space="preserve">математической </w:t>
            </w:r>
            <w:r w:rsidRPr="005400CE">
              <w:rPr>
                <w:sz w:val="16"/>
              </w:rPr>
              <w:t>записи: запись в виде равенства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(неравенства) результата разностного, кратного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сравнения</w:t>
            </w:r>
            <w:r w:rsidRPr="005400CE">
              <w:rPr>
                <w:spacing w:val="12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величин,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увеличения/уменьшения</w:t>
            </w:r>
            <w:r w:rsidRPr="005400CE">
              <w:rPr>
                <w:spacing w:val="12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значения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величины</w:t>
            </w:r>
            <w:r w:rsidRPr="005400CE">
              <w:rPr>
                <w:spacing w:val="-2"/>
                <w:sz w:val="16"/>
              </w:rPr>
              <w:t xml:space="preserve"> </w:t>
            </w:r>
            <w:r w:rsidRPr="005400CE">
              <w:rPr>
                <w:sz w:val="16"/>
              </w:rPr>
              <w:t>в</w:t>
            </w:r>
            <w:r w:rsidRPr="005400CE">
              <w:rPr>
                <w:spacing w:val="-2"/>
                <w:sz w:val="16"/>
              </w:rPr>
              <w:t xml:space="preserve"> </w:t>
            </w:r>
            <w:r w:rsidRPr="005400CE">
              <w:rPr>
                <w:sz w:val="16"/>
              </w:rPr>
              <w:t>несколько</w:t>
            </w:r>
            <w:r w:rsidRPr="005400CE">
              <w:rPr>
                <w:spacing w:val="-3"/>
                <w:sz w:val="16"/>
              </w:rPr>
              <w:t xml:space="preserve"> </w:t>
            </w:r>
            <w:r w:rsidRPr="005400CE">
              <w:rPr>
                <w:sz w:val="16"/>
              </w:rPr>
              <w:t>раз;</w:t>
            </w:r>
          </w:p>
          <w:p w:rsidR="005400CE" w:rsidRP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 w:rsidRPr="005400CE">
              <w:rPr>
                <w:w w:val="95"/>
                <w:sz w:val="16"/>
              </w:rPr>
              <w:t>Пропедевтика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исследовательской</w:t>
            </w:r>
            <w:r w:rsidRPr="005400CE">
              <w:rPr>
                <w:spacing w:val="12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работы: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определять</w:t>
            </w:r>
            <w:r w:rsidRPr="005400CE">
              <w:rPr>
                <w:spacing w:val="12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помощью</w:t>
            </w:r>
            <w:r w:rsidRPr="005400CE">
              <w:rPr>
                <w:spacing w:val="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цифровых</w:t>
            </w:r>
            <w:r w:rsidRPr="005400CE">
              <w:rPr>
                <w:spacing w:val="4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аналоговых</w:t>
            </w:r>
            <w:r w:rsidRPr="005400CE">
              <w:rPr>
                <w:spacing w:val="3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приборов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массу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spacing w:val="-1"/>
                <w:sz w:val="16"/>
              </w:rPr>
              <w:t>предмета,</w:t>
            </w:r>
            <w:r w:rsidRPr="005400CE">
              <w:rPr>
                <w:spacing w:val="-9"/>
                <w:sz w:val="16"/>
              </w:rPr>
              <w:t xml:space="preserve"> </w:t>
            </w:r>
            <w:r w:rsidRPr="005400CE">
              <w:rPr>
                <w:spacing w:val="-1"/>
                <w:sz w:val="16"/>
              </w:rPr>
              <w:t>температуру</w:t>
            </w:r>
            <w:r w:rsidRPr="005400CE">
              <w:rPr>
                <w:spacing w:val="-8"/>
                <w:sz w:val="16"/>
              </w:rPr>
              <w:t xml:space="preserve"> </w:t>
            </w:r>
            <w:r w:rsidRPr="005400CE">
              <w:rPr>
                <w:spacing w:val="-1"/>
                <w:sz w:val="16"/>
              </w:rPr>
              <w:t>(например,</w:t>
            </w:r>
            <w:r w:rsidRPr="005400CE">
              <w:rPr>
                <w:spacing w:val="-9"/>
                <w:sz w:val="16"/>
              </w:rPr>
              <w:t xml:space="preserve"> </w:t>
            </w:r>
            <w:r w:rsidRPr="005400CE">
              <w:rPr>
                <w:sz w:val="16"/>
              </w:rPr>
              <w:t>воды,</w:t>
            </w:r>
            <w:r w:rsidRPr="005400CE">
              <w:rPr>
                <w:spacing w:val="-8"/>
                <w:sz w:val="16"/>
              </w:rPr>
              <w:t xml:space="preserve"> </w:t>
            </w:r>
            <w:r w:rsidRPr="005400CE">
              <w:rPr>
                <w:sz w:val="16"/>
              </w:rPr>
              <w:t>воздуха</w:t>
            </w:r>
            <w:r w:rsidRPr="005400CE">
              <w:rPr>
                <w:spacing w:val="-8"/>
                <w:sz w:val="16"/>
              </w:rPr>
              <w:t xml:space="preserve"> </w:t>
            </w:r>
            <w:r w:rsidRPr="005400CE">
              <w:rPr>
                <w:sz w:val="16"/>
              </w:rPr>
              <w:t>в</w:t>
            </w:r>
          </w:p>
          <w:p w:rsidR="005400CE" w:rsidRPr="005400CE" w:rsidRDefault="005400CE" w:rsidP="005400CE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 w:rsidRPr="005400CE">
              <w:rPr>
                <w:w w:val="95"/>
                <w:sz w:val="16"/>
              </w:rPr>
              <w:t>помещении),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скорость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движения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транспортного</w:t>
            </w:r>
          </w:p>
          <w:p w:rsidR="005400CE" w:rsidRPr="005400CE" w:rsidRDefault="005400CE" w:rsidP="005400CE">
            <w:pPr>
              <w:pStyle w:val="TableParagraph"/>
              <w:spacing w:before="11" w:line="254" w:lineRule="auto"/>
              <w:ind w:left="74"/>
              <w:rPr>
                <w:sz w:val="16"/>
              </w:rPr>
            </w:pPr>
            <w:r w:rsidRPr="005400CE">
              <w:rPr>
                <w:w w:val="95"/>
                <w:sz w:val="16"/>
              </w:rPr>
              <w:t>средства;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определять</w:t>
            </w:r>
            <w:r w:rsidRPr="005400CE">
              <w:rPr>
                <w:spacing w:val="10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</w:t>
            </w:r>
            <w:r w:rsidRPr="005400CE">
              <w:rPr>
                <w:spacing w:val="1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помощью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измерительных</w:t>
            </w:r>
            <w:r w:rsidRPr="005400CE">
              <w:rPr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сосудов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вместимость;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выполнять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прикидку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и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оценку</w:t>
            </w:r>
            <w:r w:rsidRPr="005400CE">
              <w:rPr>
                <w:spacing w:val="6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результата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измерений;</w:t>
            </w:r>
          </w:p>
        </w:tc>
        <w:tc>
          <w:tcPr>
            <w:tcW w:w="1116" w:type="dxa"/>
          </w:tcPr>
          <w:p w:rsidR="005400CE" w:rsidRPr="005400CE" w:rsidRDefault="005400CE" w:rsidP="005400CE">
            <w:pPr>
              <w:pStyle w:val="TableParagraph"/>
              <w:spacing w:before="68" w:line="249" w:lineRule="auto"/>
              <w:ind w:left="74" w:right="170"/>
              <w:rPr>
                <w:sz w:val="16"/>
              </w:rPr>
            </w:pPr>
            <w:r w:rsidRPr="005400CE">
              <w:rPr>
                <w:sz w:val="16"/>
              </w:rPr>
              <w:t>Устный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опрос;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Письменный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контроль;</w:t>
            </w:r>
          </w:p>
        </w:tc>
        <w:tc>
          <w:tcPr>
            <w:tcW w:w="1474" w:type="dxa"/>
            <w:gridSpan w:val="2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29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30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Pr="005400CE" w:rsidRDefault="005400CE" w:rsidP="005400CE">
            <w:pPr>
              <w:pStyle w:val="TableParagraph"/>
              <w:spacing w:before="65" w:line="244" w:lineRule="auto"/>
              <w:ind w:left="74"/>
              <w:rPr>
                <w:sz w:val="16"/>
              </w:rPr>
            </w:pPr>
          </w:p>
        </w:tc>
      </w:tr>
      <w:tr w:rsidR="005400CE" w:rsidRPr="005400CE" w:rsidTr="00041607">
        <w:trPr>
          <w:trHeight w:val="338"/>
        </w:trPr>
        <w:tc>
          <w:tcPr>
            <w:tcW w:w="5346" w:type="dxa"/>
            <w:gridSpan w:val="2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5"/>
                <w:sz w:val="16"/>
              </w:rPr>
              <w:t>Итого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по</w:t>
            </w:r>
            <w:r w:rsidRPr="005400CE">
              <w:rPr>
                <w:spacing w:val="5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sz w:val="16"/>
              </w:rPr>
              <w:t>12</w:t>
            </w:r>
          </w:p>
        </w:tc>
        <w:tc>
          <w:tcPr>
            <w:tcW w:w="9639" w:type="dxa"/>
            <w:gridSpan w:val="7"/>
          </w:tcPr>
          <w:p w:rsidR="005400CE" w:rsidRP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</w:tr>
      <w:tr w:rsidR="005400CE" w:rsidRPr="005400CE" w:rsidTr="00041607">
        <w:trPr>
          <w:trHeight w:val="338"/>
        </w:trPr>
        <w:tc>
          <w:tcPr>
            <w:tcW w:w="15513" w:type="dxa"/>
            <w:gridSpan w:val="10"/>
          </w:tcPr>
          <w:p w:rsidR="005400CE" w:rsidRPr="005400CE" w:rsidRDefault="005400CE" w:rsidP="005400CE">
            <w:pPr>
              <w:pStyle w:val="TableParagraph"/>
              <w:spacing w:before="58"/>
              <w:rPr>
                <w:b/>
                <w:sz w:val="16"/>
              </w:rPr>
            </w:pPr>
            <w:r w:rsidRPr="005400CE">
              <w:rPr>
                <w:w w:val="95"/>
                <w:sz w:val="16"/>
              </w:rPr>
              <w:t>Раздел</w:t>
            </w:r>
            <w:r w:rsidRPr="005400CE">
              <w:rPr>
                <w:spacing w:val="7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3.</w:t>
            </w:r>
            <w:r w:rsidRPr="005400CE">
              <w:rPr>
                <w:spacing w:val="8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Арифметические</w:t>
            </w:r>
            <w:r w:rsidRPr="005400CE">
              <w:rPr>
                <w:b/>
                <w:spacing w:val="9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действия</w:t>
            </w:r>
          </w:p>
        </w:tc>
      </w:tr>
      <w:tr w:rsidR="005400CE" w:rsidRPr="00E11603" w:rsidTr="00041607">
        <w:trPr>
          <w:trHeight w:val="897"/>
        </w:trPr>
        <w:tc>
          <w:tcPr>
            <w:tcW w:w="396" w:type="dxa"/>
          </w:tcPr>
          <w:p w:rsidR="005400CE" w:rsidRP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 w:rsidRPr="005400CE">
              <w:rPr>
                <w:sz w:val="16"/>
              </w:rPr>
              <w:t>3.1.</w:t>
            </w:r>
          </w:p>
        </w:tc>
        <w:tc>
          <w:tcPr>
            <w:tcW w:w="4950" w:type="dxa"/>
          </w:tcPr>
          <w:p w:rsidR="005400CE" w:rsidRPr="005400CE" w:rsidRDefault="005400CE" w:rsidP="005400CE">
            <w:pPr>
              <w:pStyle w:val="TableParagraph"/>
              <w:spacing w:before="65" w:line="247" w:lineRule="auto"/>
              <w:rPr>
                <w:b/>
                <w:sz w:val="16"/>
              </w:rPr>
            </w:pPr>
            <w:r w:rsidRPr="005400CE">
              <w:rPr>
                <w:b/>
                <w:w w:val="95"/>
                <w:sz w:val="16"/>
              </w:rPr>
              <w:t>Письменное сложение, вычитание многозначных</w:t>
            </w:r>
            <w:r w:rsidRPr="005400CE">
              <w:rPr>
                <w:b/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чисел</w:t>
            </w:r>
            <w:r w:rsidRPr="005400CE">
              <w:rPr>
                <w:b/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b/>
                <w:w w:val="95"/>
                <w:sz w:val="16"/>
              </w:rPr>
              <w:t>в пределах</w:t>
            </w:r>
            <w:r w:rsidRPr="005400CE">
              <w:rPr>
                <w:b/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b/>
                <w:sz w:val="16"/>
              </w:rPr>
              <w:t>миллиона.</w:t>
            </w:r>
          </w:p>
        </w:tc>
        <w:tc>
          <w:tcPr>
            <w:tcW w:w="528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5</w:t>
            </w:r>
          </w:p>
        </w:tc>
        <w:tc>
          <w:tcPr>
            <w:tcW w:w="1104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P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 w:rsidRPr="005400CE"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P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Pr="005400CE" w:rsidRDefault="005400CE" w:rsidP="005400CE">
            <w:pPr>
              <w:pStyle w:val="TableParagraph"/>
              <w:spacing w:before="65" w:line="247" w:lineRule="auto"/>
              <w:ind w:left="74" w:right="557"/>
              <w:jc w:val="both"/>
              <w:rPr>
                <w:sz w:val="16"/>
              </w:rPr>
            </w:pPr>
            <w:r w:rsidRPr="005400CE">
              <w:rPr>
                <w:w w:val="95"/>
                <w:sz w:val="16"/>
              </w:rPr>
              <w:t>Упражнения: устные вычисления в пределах ста и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случаях, сводимых к вычислениям в пределах ста;</w:t>
            </w:r>
            <w:r w:rsidRPr="005400CE">
              <w:rPr>
                <w:spacing w:val="1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Алгоритмы</w:t>
            </w:r>
            <w:r w:rsidRPr="005400CE">
              <w:rPr>
                <w:spacing w:val="-4"/>
                <w:sz w:val="16"/>
              </w:rPr>
              <w:t xml:space="preserve"> </w:t>
            </w:r>
            <w:r w:rsidRPr="005400CE">
              <w:rPr>
                <w:sz w:val="16"/>
              </w:rPr>
              <w:t>письменных</w:t>
            </w:r>
            <w:r w:rsidRPr="005400CE">
              <w:rPr>
                <w:spacing w:val="-6"/>
                <w:sz w:val="16"/>
              </w:rPr>
              <w:t xml:space="preserve"> </w:t>
            </w:r>
            <w:r w:rsidRPr="005400CE">
              <w:rPr>
                <w:sz w:val="16"/>
              </w:rPr>
              <w:t>вычислений;</w:t>
            </w:r>
          </w:p>
        </w:tc>
        <w:tc>
          <w:tcPr>
            <w:tcW w:w="1116" w:type="dxa"/>
          </w:tcPr>
          <w:p w:rsidR="005400CE" w:rsidRP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 w:rsidRPr="005400CE">
              <w:rPr>
                <w:sz w:val="16"/>
              </w:rPr>
              <w:t>Устный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sz w:val="16"/>
              </w:rPr>
              <w:t>опрос;</w:t>
            </w:r>
            <w:r w:rsidRPr="005400CE">
              <w:rPr>
                <w:spacing w:val="1"/>
                <w:sz w:val="16"/>
              </w:rPr>
              <w:t xml:space="preserve"> </w:t>
            </w:r>
            <w:r w:rsidRPr="005400CE">
              <w:rPr>
                <w:w w:val="95"/>
                <w:sz w:val="16"/>
              </w:rPr>
              <w:t>Письменный</w:t>
            </w:r>
            <w:r w:rsidRPr="005400CE">
              <w:rPr>
                <w:spacing w:val="-35"/>
                <w:w w:val="95"/>
                <w:sz w:val="16"/>
              </w:rPr>
              <w:t xml:space="preserve"> </w:t>
            </w:r>
            <w:r w:rsidRPr="005400CE">
              <w:rPr>
                <w:sz w:val="16"/>
              </w:rPr>
              <w:t>контроль;</w:t>
            </w:r>
          </w:p>
        </w:tc>
        <w:tc>
          <w:tcPr>
            <w:tcW w:w="1474" w:type="dxa"/>
            <w:gridSpan w:val="2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31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32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Pr="005400CE" w:rsidRDefault="005400CE" w:rsidP="005400CE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</w:p>
        </w:tc>
      </w:tr>
    </w:tbl>
    <w:p w:rsidR="005400CE" w:rsidRPr="005400CE" w:rsidRDefault="005400CE" w:rsidP="005400CE">
      <w:pPr>
        <w:spacing w:line="247" w:lineRule="auto"/>
        <w:rPr>
          <w:sz w:val="16"/>
          <w:lang w:val="ru-RU"/>
        </w:rPr>
        <w:sectPr w:rsidR="005400CE" w:rsidRPr="005400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950"/>
        <w:gridCol w:w="528"/>
        <w:gridCol w:w="1104"/>
        <w:gridCol w:w="1140"/>
        <w:gridCol w:w="806"/>
        <w:gridCol w:w="3999"/>
        <w:gridCol w:w="1116"/>
        <w:gridCol w:w="1467"/>
      </w:tblGrid>
      <w:tr w:rsidR="005400CE" w:rsidRPr="00E11603" w:rsidTr="005400CE">
        <w:trPr>
          <w:trHeight w:val="1490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8" w:line="244" w:lineRule="auto"/>
              <w:ind w:right="1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Письменное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умножение,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деление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многозначных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чисел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однозначное/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двузначное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число;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деление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остатком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(запись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уголком)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пределах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100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000.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 w:line="252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Комментирование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хода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алгоритму,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нахождения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неизвестного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компонента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арифметического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действия;</w:t>
            </w:r>
          </w:p>
          <w:p w:rsidR="005400CE" w:rsidRDefault="005400CE" w:rsidP="005400CE">
            <w:pPr>
              <w:pStyle w:val="TableParagraph"/>
              <w:spacing w:before="2" w:line="252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диалог: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обсуждение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допустимого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результата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зависимости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между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компонентами и результатом действия (сложения,</w:t>
            </w:r>
            <w:r>
              <w:rPr>
                <w:sz w:val="16"/>
              </w:rPr>
              <w:t xml:space="preserve"> вычитания,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умножения,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деления);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33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34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3" w:line="244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1730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Умножение/деление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10,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100,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1000.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5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диалог: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обсуждение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допустимого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результата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зависимости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между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компонентами и результатом действия (сложения,</w:t>
            </w:r>
            <w:r>
              <w:rPr>
                <w:sz w:val="16"/>
              </w:rPr>
              <w:t xml:space="preserve"> вычитания,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умножения,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деления);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62"/>
              <w:rPr>
                <w:sz w:val="16"/>
              </w:rPr>
            </w:pPr>
            <w:r>
              <w:rPr>
                <w:w w:val="95"/>
                <w:sz w:val="16"/>
              </w:rPr>
              <w:t>Упражнения: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прогнозирование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возможных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ошибок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вычислениях по алгоритму, при нахождении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неизвестного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компонента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арифметического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проведение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контроля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самоконтроля;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52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170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35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36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3" w:line="244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1298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6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Свойства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арифметических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действий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применение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вычислений.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6" w:line="249" w:lineRule="auto"/>
              <w:ind w:left="7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Задания на проведение контроля </w:t>
            </w:r>
            <w:r>
              <w:rPr>
                <w:sz w:val="16"/>
              </w:rPr>
              <w:t>и самоконтроля;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Проверка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(соответствие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алгоритму,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частные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случаи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действий)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действия;</w:t>
            </w:r>
          </w:p>
          <w:p w:rsidR="005400CE" w:rsidRDefault="005400CE" w:rsidP="005400CE">
            <w:pPr>
              <w:pStyle w:val="TableParagraph"/>
              <w:spacing w:before="4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Применение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вычислений,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основанных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знании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числа;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6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37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38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4" w:line="244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1684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8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Поиск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значения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числового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выражения,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содержащего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несколько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действий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пределах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8" w:line="254" w:lineRule="auto"/>
              <w:ind w:left="74" w:right="62"/>
              <w:rPr>
                <w:sz w:val="16"/>
              </w:rPr>
            </w:pPr>
            <w:r>
              <w:rPr>
                <w:sz w:val="16"/>
              </w:rPr>
              <w:t>Работа в группах: приведение примеров,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иллюстрирующих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смысл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действий,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действий;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62"/>
              <w:rPr>
                <w:sz w:val="16"/>
              </w:rPr>
            </w:pPr>
            <w:r>
              <w:rPr>
                <w:sz w:val="16"/>
              </w:rPr>
              <w:t>Практические работы: выполнение сложения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вычитания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пределах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100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000;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умножения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деления.;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Умножение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круглых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числе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10,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100,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1000);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8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39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40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5" w:line="244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2233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Проверка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результата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вычислений,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том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числе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помощью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калькулятора.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Проверка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правильности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нахождения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числового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выражения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установления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порядка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действий,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алгоритмы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выполнения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арифметических</w:t>
            </w:r>
          </w:p>
          <w:p w:rsidR="005400CE" w:rsidRDefault="005400CE" w:rsidP="005400CE">
            <w:pPr>
              <w:pStyle w:val="TableParagraph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действий,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прикидку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результата);</w:t>
            </w:r>
          </w:p>
          <w:p w:rsidR="005400CE" w:rsidRDefault="005400CE" w:rsidP="005400CE">
            <w:pPr>
              <w:pStyle w:val="TableParagraph"/>
              <w:spacing w:before="13" w:line="254" w:lineRule="auto"/>
              <w:ind w:left="74" w:right="62"/>
              <w:rPr>
                <w:sz w:val="16"/>
              </w:rPr>
            </w:pPr>
            <w:r>
              <w:rPr>
                <w:sz w:val="16"/>
              </w:rPr>
              <w:t>Работа в группах: приведение примеров,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иллюстрирующих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смысл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действий,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действий;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62"/>
              <w:rPr>
                <w:sz w:val="16"/>
              </w:rPr>
            </w:pPr>
            <w:r>
              <w:rPr>
                <w:sz w:val="16"/>
              </w:rPr>
              <w:t>Практические работы: выполнение сложения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вычитания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пределах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100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000;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умножения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деления.;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41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42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1857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9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3.7.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6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Равенство,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содержащее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неизвестный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компонент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арифметического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действия: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запись,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нахождение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неизвестного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компонента.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6" w:line="256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Умножение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круглых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числе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10,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100,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1000);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117"/>
              <w:rPr>
                <w:sz w:val="16"/>
              </w:rPr>
            </w:pP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обозначения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чисел,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неизвестного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компонента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действия;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Поиск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числового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выражения,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содержащего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3—4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скобками,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скобок);</w:t>
            </w:r>
          </w:p>
          <w:p w:rsidR="005400CE" w:rsidRDefault="005400CE" w:rsidP="005400CE">
            <w:pPr>
              <w:pStyle w:val="TableParagraph"/>
              <w:spacing w:line="25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Наблюдение: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рациональных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вычислений.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удобства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вычислений;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6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43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44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4" w:line="247" w:lineRule="auto"/>
              <w:ind w:left="74"/>
              <w:rPr>
                <w:sz w:val="16"/>
              </w:rPr>
            </w:pPr>
          </w:p>
        </w:tc>
      </w:tr>
    </w:tbl>
    <w:p w:rsidR="005400CE" w:rsidRPr="005400CE" w:rsidRDefault="005400CE" w:rsidP="005400CE">
      <w:pPr>
        <w:spacing w:line="247" w:lineRule="auto"/>
        <w:rPr>
          <w:sz w:val="16"/>
          <w:lang w:val="ru-RU"/>
        </w:rPr>
        <w:sectPr w:rsidR="005400CE" w:rsidRPr="005400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950"/>
        <w:gridCol w:w="528"/>
        <w:gridCol w:w="1104"/>
        <w:gridCol w:w="1140"/>
        <w:gridCol w:w="806"/>
        <w:gridCol w:w="3999"/>
        <w:gridCol w:w="1116"/>
        <w:gridCol w:w="1467"/>
      </w:tblGrid>
      <w:tr w:rsidR="005400CE" w:rsidRPr="00E11603" w:rsidTr="005400CE">
        <w:trPr>
          <w:trHeight w:val="1982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3.8.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Умножение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деление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величины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однозначное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число.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58" w:line="25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Наблюдение: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рациональных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вычислений.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удобства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вычислений;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парах/группах.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проверки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вычислений.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калькулятора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расчётов;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157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Прикидка и оценка результатов вычисления (реальность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ответа, прикидка, последняя цифра результата, обратное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действие,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калькулятора);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52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170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45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46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3" w:line="244" w:lineRule="auto"/>
              <w:ind w:left="74"/>
              <w:rPr>
                <w:sz w:val="16"/>
              </w:rPr>
            </w:pPr>
          </w:p>
        </w:tc>
      </w:tr>
      <w:tr w:rsidR="005400CE" w:rsidTr="005400CE">
        <w:trPr>
          <w:trHeight w:val="338"/>
        </w:trPr>
        <w:tc>
          <w:tcPr>
            <w:tcW w:w="5346" w:type="dxa"/>
            <w:gridSpan w:val="2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9632" w:type="dxa"/>
            <w:gridSpan w:val="6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</w:tr>
      <w:tr w:rsidR="005400CE" w:rsidTr="005400CE">
        <w:trPr>
          <w:trHeight w:val="337"/>
        </w:trPr>
        <w:tc>
          <w:tcPr>
            <w:tcW w:w="15506" w:type="dxa"/>
            <w:gridSpan w:val="9"/>
          </w:tcPr>
          <w:p w:rsidR="005400CE" w:rsidRDefault="005400CE" w:rsidP="005400CE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Текстовые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задачи</w:t>
            </w:r>
          </w:p>
        </w:tc>
      </w:tr>
      <w:tr w:rsidR="005400CE" w:rsidRPr="00E11603" w:rsidTr="005400CE">
        <w:trPr>
          <w:trHeight w:val="914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right="1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Работа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текстовой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задачей,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решение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которой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содержит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2—3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действия: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анализ,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модели;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планирование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запись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решения;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проверка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решения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ответа.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47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48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913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8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Анализ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зависимостей,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характеризующих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процессы: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движения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(скорость,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время,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пройденный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путь),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работы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(производительность,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время, объём работы), купли-продажи (цена, </w:t>
            </w:r>
            <w:r>
              <w:rPr>
                <w:b/>
                <w:sz w:val="16"/>
              </w:rPr>
              <w:t>количество,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стоимость)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решение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соответствующих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задач.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образов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задачи;</w:t>
            </w:r>
          </w:p>
          <w:p w:rsidR="005400CE" w:rsidRDefault="005400CE" w:rsidP="005400CE">
            <w:pPr>
              <w:pStyle w:val="TableParagraph"/>
              <w:spacing w:before="2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Обсуждение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решения,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реальности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логичности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49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50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916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5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Задачи на установление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времени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(начало, продолжительность 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окончание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события),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расчёта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количества,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расхода,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изменения.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5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Выбор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задач;</w:t>
            </w:r>
          </w:p>
          <w:p w:rsidR="005400CE" w:rsidRDefault="005400CE" w:rsidP="005400CE">
            <w:pPr>
              <w:pStyle w:val="TableParagraph"/>
              <w:spacing w:before="8" w:line="249" w:lineRule="auto"/>
              <w:ind w:left="74" w:right="117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парах/группах.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2—3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Комментирование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этапов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задачи;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51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52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1298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Задачи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нахождение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доли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величины,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величины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её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доле.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Выбор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задач;</w:t>
            </w:r>
          </w:p>
          <w:p w:rsidR="005400CE" w:rsidRDefault="005400CE" w:rsidP="005400CE">
            <w:pPr>
              <w:pStyle w:val="TableParagraph"/>
              <w:spacing w:before="8" w:line="252" w:lineRule="auto"/>
              <w:ind w:left="74" w:right="117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парах/группах.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2—3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Комментирование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этапов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задачи;</w:t>
            </w:r>
          </w:p>
          <w:p w:rsidR="005400CE" w:rsidRDefault="005400CE" w:rsidP="005400CE">
            <w:pPr>
              <w:pStyle w:val="TableParagraph"/>
              <w:spacing w:before="2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нахождение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доли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величины,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доле;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53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54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1489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Разные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способы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решения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некоторых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изученных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задач.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 w:line="256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нахождение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доли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величины,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доле;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Оформление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математической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записи: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полная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текстовой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(модель;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действиям,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вопросам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числового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выражения;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формулировка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ответа);</w:t>
            </w:r>
          </w:p>
          <w:p w:rsidR="005400CE" w:rsidRDefault="005400CE" w:rsidP="005400CE">
            <w:pPr>
              <w:pStyle w:val="TableParagraph"/>
              <w:spacing w:line="183" w:lineRule="exact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Разные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52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  <w:p w:rsidR="005400CE" w:rsidRDefault="005400CE" w:rsidP="005400CE">
            <w:pPr>
              <w:pStyle w:val="TableParagraph"/>
              <w:spacing w:line="249" w:lineRule="auto"/>
              <w:ind w:left="74" w:right="170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55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56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2241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4.6.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5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Оформление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решения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действиям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пояснением,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вопросам,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помощью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числового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выражения.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5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Выбор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задач;</w:t>
            </w:r>
          </w:p>
          <w:p w:rsidR="005400CE" w:rsidRDefault="005400CE" w:rsidP="005400CE">
            <w:pPr>
              <w:pStyle w:val="TableParagraph"/>
              <w:spacing w:before="14" w:line="254" w:lineRule="auto"/>
              <w:ind w:left="74" w:right="117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парах/группах.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2—3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Комментирование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этапов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задачи;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нахождение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доли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величины,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доле;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Оформление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математической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записи: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полная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текстовой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(модель;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действиям,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вопросам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числового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выражения;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формулировка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ответа);</w:t>
            </w:r>
          </w:p>
          <w:p w:rsidR="005400CE" w:rsidRDefault="005400CE" w:rsidP="005400CE">
            <w:pPr>
              <w:pStyle w:val="TableParagraph"/>
              <w:spacing w:line="183" w:lineRule="exact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Разные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57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58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</w:p>
        </w:tc>
      </w:tr>
    </w:tbl>
    <w:p w:rsidR="005400CE" w:rsidRPr="005400CE" w:rsidRDefault="005400CE" w:rsidP="005400CE">
      <w:pPr>
        <w:spacing w:line="247" w:lineRule="auto"/>
        <w:rPr>
          <w:sz w:val="16"/>
          <w:lang w:val="ru-RU"/>
        </w:rPr>
        <w:sectPr w:rsidR="005400CE" w:rsidRPr="005400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950"/>
        <w:gridCol w:w="528"/>
        <w:gridCol w:w="1104"/>
        <w:gridCol w:w="1140"/>
        <w:gridCol w:w="806"/>
        <w:gridCol w:w="3999"/>
        <w:gridCol w:w="1116"/>
        <w:gridCol w:w="1467"/>
      </w:tblGrid>
      <w:tr w:rsidR="005400CE" w:rsidTr="005400CE">
        <w:trPr>
          <w:trHeight w:val="335"/>
        </w:trPr>
        <w:tc>
          <w:tcPr>
            <w:tcW w:w="5346" w:type="dxa"/>
            <w:gridSpan w:val="2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lastRenderedPageBreak/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9632" w:type="dxa"/>
            <w:gridSpan w:val="6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</w:tr>
      <w:tr w:rsidR="005400CE" w:rsidRPr="00E11603" w:rsidTr="005400CE">
        <w:trPr>
          <w:trHeight w:val="337"/>
        </w:trPr>
        <w:tc>
          <w:tcPr>
            <w:tcW w:w="15506" w:type="dxa"/>
            <w:gridSpan w:val="9"/>
          </w:tcPr>
          <w:p w:rsidR="005400CE" w:rsidRDefault="005400CE" w:rsidP="005400CE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Пространственные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отношения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геометрические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фигуры</w:t>
            </w:r>
          </w:p>
        </w:tc>
      </w:tr>
      <w:tr w:rsidR="005400CE" w:rsidRPr="00E11603" w:rsidTr="005400CE">
        <w:trPr>
          <w:trHeight w:val="1108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8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Наглядные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симметрии.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Ось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симметрии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фигуры.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Фигуры,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имеющие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ось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симметрии.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6" w:line="252" w:lineRule="auto"/>
              <w:ind w:left="74"/>
              <w:rPr>
                <w:sz w:val="16"/>
              </w:rPr>
            </w:pPr>
            <w:r>
              <w:rPr>
                <w:sz w:val="16"/>
              </w:rPr>
              <w:t>Исследование объектов окружающего мира: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сопоставление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изученными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формами;</w:t>
            </w:r>
          </w:p>
          <w:p w:rsidR="005400CE" w:rsidRDefault="005400CE" w:rsidP="005400CE">
            <w:pPr>
              <w:pStyle w:val="TableParagraph"/>
              <w:spacing w:before="1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результата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поиска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площади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способах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нахождения;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8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59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60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6" w:line="244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2258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Окружность, круг: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распознавание 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изображение; построение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окружности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заданного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радиуса.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 w:line="254" w:lineRule="auto"/>
              <w:ind w:left="74"/>
              <w:rPr>
                <w:sz w:val="16"/>
              </w:rPr>
            </w:pPr>
            <w:r>
              <w:rPr>
                <w:sz w:val="16"/>
              </w:rPr>
              <w:t>Исследование объектов окружающего мира: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сопоставление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изученными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формами;</w:t>
            </w:r>
          </w:p>
          <w:p w:rsidR="005400CE" w:rsidRDefault="005400CE" w:rsidP="005400CE">
            <w:pPr>
              <w:pStyle w:val="TableParagraph"/>
              <w:spacing w:before="3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результата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поиска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площади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способах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нахождения;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Формулирование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проверка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истинности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утверждений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значениях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величин;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Упражнения: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измерительные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измерений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вычислений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периметра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многоугольника,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площади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прямоугольника,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квадрата,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фигуры,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составленной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прямоугольников;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61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62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2644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5" w:line="247" w:lineRule="auto"/>
              <w:ind w:right="1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Построение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изученных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геометрических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помощью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линейки,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угольника,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циркуля.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5" w:line="256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Упражнения: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измерительные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измерений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вычислений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периметра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62"/>
              <w:rPr>
                <w:sz w:val="16"/>
              </w:rPr>
            </w:pPr>
            <w:r>
              <w:rPr>
                <w:w w:val="95"/>
                <w:sz w:val="16"/>
              </w:rPr>
              <w:t>многоугольника,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площади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прямоугольника,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квадрата,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фигуры, составленной из прямоугольников;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нахождение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площади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фигуры,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составленной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прямоугольников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(квадратов),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сравнение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однородных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величин,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прямоугольника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квадрата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задач;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Конструирование,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имеющих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симметрии;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окружности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радиуса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циркуля;</w:t>
            </w:r>
          </w:p>
          <w:p w:rsidR="005400CE" w:rsidRDefault="005400CE" w:rsidP="005400CE">
            <w:pPr>
              <w:pStyle w:val="TableParagraph"/>
              <w:spacing w:line="256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Изображение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свойствами;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63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64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2261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Пространственные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геометрические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(тела):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шар,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куб,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цилиндр, конус, пирамида;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различение, называние.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 w:line="254" w:lineRule="auto"/>
              <w:ind w:left="74" w:right="62"/>
              <w:rPr>
                <w:sz w:val="16"/>
              </w:rPr>
            </w:pPr>
            <w:r>
              <w:rPr>
                <w:w w:val="95"/>
                <w:sz w:val="16"/>
              </w:rPr>
              <w:t>Практические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нахождение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площади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фигуры,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составленной из прямоугольников (квадратов),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сравнение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однородных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величин,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прямоугольника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квадрата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задач;</w:t>
            </w:r>
          </w:p>
          <w:p w:rsidR="005400CE" w:rsidRDefault="005400CE" w:rsidP="005400CE">
            <w:pPr>
              <w:pStyle w:val="TableParagraph"/>
              <w:spacing w:before="2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Конструирование,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имеющих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симметрии;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окружности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заданного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радиуса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циркуля;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Изображение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свойствами;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называние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(прямой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угол);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величин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(периметр,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площадь);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65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66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1086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5.5.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3" w:line="247" w:lineRule="auto"/>
              <w:ind w:right="1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Конструирование: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разбиение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фигуры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прямоугольники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(квадраты),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составление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прямоугольников/квадратов.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 w:line="252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Конструирование,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имеющих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симметрии;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окружности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радиуса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циркуля;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Изображение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свойствами;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67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68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</w:tbl>
    <w:p w:rsidR="005400CE" w:rsidRPr="005400CE" w:rsidRDefault="005400CE" w:rsidP="005400CE">
      <w:pPr>
        <w:spacing w:line="247" w:lineRule="auto"/>
        <w:rPr>
          <w:sz w:val="16"/>
          <w:lang w:val="ru-RU"/>
        </w:rPr>
        <w:sectPr w:rsidR="005400CE" w:rsidRPr="005400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950"/>
        <w:gridCol w:w="528"/>
        <w:gridCol w:w="1104"/>
        <w:gridCol w:w="1140"/>
        <w:gridCol w:w="806"/>
        <w:gridCol w:w="3999"/>
        <w:gridCol w:w="1116"/>
        <w:gridCol w:w="1467"/>
      </w:tblGrid>
      <w:tr w:rsidR="005400CE" w:rsidRPr="00E11603" w:rsidTr="005400CE">
        <w:trPr>
          <w:trHeight w:val="1958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5.6.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5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Периметр, площадь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фигуры, составленной из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двух-трёх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прямоугольников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(квадратов)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5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называние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(прямой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угол);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величин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(периметр,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площадь);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4"/>
              <w:rPr>
                <w:sz w:val="16"/>
              </w:rPr>
            </w:pPr>
            <w:r>
              <w:rPr>
                <w:w w:val="95"/>
                <w:sz w:val="16"/>
              </w:rPr>
              <w:t>Комментирование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результата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поиска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геометрических фигурах и их моделях </w:t>
            </w:r>
            <w:r>
              <w:rPr>
                <w:sz w:val="16"/>
              </w:rPr>
              <w:t>в окружающем;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классификацию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одному-двум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основаниям;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62"/>
              <w:rPr>
                <w:sz w:val="16"/>
              </w:rPr>
            </w:pPr>
            <w:r>
              <w:rPr>
                <w:w w:val="95"/>
                <w:sz w:val="16"/>
              </w:rPr>
              <w:t>Упражнения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контроль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самоконтроль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размеров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окружающем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чертеже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глаз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измерительных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приборов;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69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70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3" w:line="244" w:lineRule="auto"/>
              <w:ind w:left="74"/>
              <w:rPr>
                <w:sz w:val="16"/>
              </w:rPr>
            </w:pPr>
          </w:p>
        </w:tc>
      </w:tr>
      <w:tr w:rsidR="005400CE" w:rsidTr="005400CE">
        <w:trPr>
          <w:trHeight w:val="337"/>
        </w:trPr>
        <w:tc>
          <w:tcPr>
            <w:tcW w:w="5346" w:type="dxa"/>
            <w:gridSpan w:val="2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9632" w:type="dxa"/>
            <w:gridSpan w:val="6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</w:tr>
      <w:tr w:rsidR="005400CE" w:rsidTr="005400CE">
        <w:trPr>
          <w:trHeight w:val="337"/>
        </w:trPr>
        <w:tc>
          <w:tcPr>
            <w:tcW w:w="15506" w:type="dxa"/>
            <w:gridSpan w:val="9"/>
          </w:tcPr>
          <w:p w:rsidR="005400CE" w:rsidRDefault="005400CE" w:rsidP="005400CE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Математическая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информация</w:t>
            </w:r>
          </w:p>
        </w:tc>
      </w:tr>
      <w:tr w:rsidR="005400CE" w:rsidRPr="00E11603" w:rsidTr="005400CE">
        <w:trPr>
          <w:trHeight w:val="1682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5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Работа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утверждениями: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конструирование,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проверка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истинности;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составление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проверка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логических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рассуждений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решении</w:t>
            </w:r>
          </w:p>
          <w:p w:rsidR="005400CE" w:rsidRDefault="005400CE" w:rsidP="005400CE">
            <w:pPr>
              <w:pStyle w:val="TableParagraph"/>
              <w:spacing w:before="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задач.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Примеры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контрпримеры.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 w:line="256" w:lineRule="auto"/>
              <w:ind w:left="74" w:right="62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Дифференцированное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комментирование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математической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терминологии;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Математическая характеристика предлагаемой</w:t>
            </w:r>
            <w:r>
              <w:rPr>
                <w:sz w:val="16"/>
              </w:rPr>
              <w:t xml:space="preserve"> житейской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ситуации;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Формулирование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вопросов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поиска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числовых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характеристик,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математических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отношений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зависимостей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(последовательность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продолжительность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событий,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положение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пространстве,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размеры);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71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72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1876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8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Данные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реальных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процессах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явлениях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окружающего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мира,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представленные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столбчатых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диаграммах,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схемах,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таблицах,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текстах.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5" w:line="256" w:lineRule="auto"/>
              <w:ind w:left="74" w:right="238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Работа в группах: обсуждение ситуаций использования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примеров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контрпримеров;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177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Планирование сбора данных о заданном объекте (числе,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величине,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геометрической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фигуре);</w:t>
            </w:r>
          </w:p>
          <w:p w:rsidR="005400CE" w:rsidRDefault="005400CE" w:rsidP="005400CE">
            <w:pPr>
              <w:pStyle w:val="TableParagraph"/>
              <w:ind w:left="74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Дифференцированное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оформление</w:t>
            </w:r>
          </w:p>
          <w:p w:rsidR="005400CE" w:rsidRDefault="005400CE" w:rsidP="005400CE">
            <w:pPr>
              <w:pStyle w:val="TableParagraph"/>
              <w:spacing w:before="9" w:line="254" w:lineRule="auto"/>
              <w:ind w:left="74" w:right="286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математической записи. Представление информации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предложенной или самостоятельно выбранной форме.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Установление истинности заданных и самостоятельно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составленных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утверждений;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5400CE" w:rsidRDefault="005400CE" w:rsidP="005400CE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  <w:r>
              <w:rPr>
                <w:sz w:val="16"/>
              </w:rPr>
              <w:t>Учи.ру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https://resh.edu.ru/su</w:t>
            </w:r>
          </w:p>
        </w:tc>
      </w:tr>
      <w:tr w:rsidR="005400CE" w:rsidRPr="00E11603" w:rsidTr="005400CE">
        <w:trPr>
          <w:trHeight w:val="2065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right="742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Сбор математических данных 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заданном объекте (числе,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величине, геометрической фигуре). Поиск информации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справочной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литературе,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сети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Интернет.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 w:line="256" w:lineRule="auto"/>
              <w:ind w:left="74" w:right="177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Планирование сбора данных о заданном объекте (числе,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величине,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геометрической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фигуре);</w:t>
            </w:r>
          </w:p>
          <w:p w:rsidR="005400CE" w:rsidRDefault="005400CE" w:rsidP="005400CE">
            <w:pPr>
              <w:pStyle w:val="TableParagraph"/>
              <w:spacing w:line="181" w:lineRule="exact"/>
              <w:ind w:left="74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Дифференцированное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оформление</w:t>
            </w:r>
          </w:p>
          <w:p w:rsidR="005400CE" w:rsidRDefault="005400CE" w:rsidP="005400CE">
            <w:pPr>
              <w:pStyle w:val="TableParagraph"/>
              <w:spacing w:before="10" w:line="254" w:lineRule="auto"/>
              <w:ind w:left="74" w:right="291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математической записи. Представление информации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предложенной или самостоятельно выбранной форме.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Установление истинности заданных и самостоятельно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составленных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утверждений;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Практические работы: учебные </w:t>
            </w:r>
            <w:r>
              <w:rPr>
                <w:sz w:val="16"/>
              </w:rPr>
              <w:t>задачи с точными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приближёнными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данными,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доступными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средствами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пособиями;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73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74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1665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6.4.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5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Запись информации 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предложенной таблице, на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столбчатой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диаграмме.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5" w:line="256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«Применение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ситуациях»;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информацией: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чтение,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формулирование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вывода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относительно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данных,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117"/>
              <w:rPr>
                <w:sz w:val="16"/>
              </w:rPr>
            </w:pPr>
            <w:r>
              <w:rPr>
                <w:w w:val="95"/>
                <w:sz w:val="16"/>
              </w:rPr>
              <w:t>представленных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табличной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диаграмме,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схеме,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другой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модели);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парах/группах.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расчётных,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комбинаторных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логических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5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75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76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</w:p>
        </w:tc>
      </w:tr>
    </w:tbl>
    <w:p w:rsidR="005400CE" w:rsidRPr="005400CE" w:rsidRDefault="005400CE" w:rsidP="005400CE">
      <w:pPr>
        <w:spacing w:line="247" w:lineRule="auto"/>
        <w:rPr>
          <w:sz w:val="16"/>
          <w:lang w:val="ru-RU"/>
        </w:rPr>
        <w:sectPr w:rsidR="005400CE" w:rsidRPr="005400CE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950"/>
        <w:gridCol w:w="528"/>
        <w:gridCol w:w="1104"/>
        <w:gridCol w:w="1140"/>
        <w:gridCol w:w="806"/>
        <w:gridCol w:w="3999"/>
        <w:gridCol w:w="1116"/>
        <w:gridCol w:w="1467"/>
      </w:tblGrid>
      <w:tr w:rsidR="005400CE" w:rsidRPr="00E11603" w:rsidTr="005400CE">
        <w:trPr>
          <w:trHeight w:val="1682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6.5.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5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Доступные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средства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обучения,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пособия,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использование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под</w:t>
            </w:r>
            <w:r>
              <w:rPr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руководством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педагога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самостоятельно.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5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парах/группах.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расчётных,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комбинаторных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логических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Проведение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математических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исследований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(таблица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сложения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умножения,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ряды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чисел,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закономерности);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безопасной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источниками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информации;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Пропедевтика исследовательской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работы: решение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комбинаторных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логических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52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  <w:p w:rsidR="005400CE" w:rsidRDefault="005400CE" w:rsidP="005400CE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77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78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3" w:line="244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1298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6.6.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Правила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безопасной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электронными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источниками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информации.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парах/группах.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расчётных,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комбинаторных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логических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задач;</w:t>
            </w:r>
          </w:p>
          <w:p w:rsidR="005400CE" w:rsidRDefault="005400CE" w:rsidP="005400CE">
            <w:pPr>
              <w:pStyle w:val="TableParagraph"/>
              <w:spacing w:line="252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Проведение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математических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исследований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(таблица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сложения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умножения,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ряды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чисел,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закономерности);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безопасной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источниками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информации;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79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80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RPr="00E11603" w:rsidTr="005400CE">
        <w:trPr>
          <w:trHeight w:val="2452"/>
        </w:trPr>
        <w:tc>
          <w:tcPr>
            <w:tcW w:w="396" w:type="dxa"/>
          </w:tcPr>
          <w:p w:rsidR="005400CE" w:rsidRDefault="005400CE" w:rsidP="005400CE">
            <w:pPr>
              <w:pStyle w:val="TableParagraph"/>
              <w:spacing w:before="58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6.7.</w:t>
            </w:r>
          </w:p>
        </w:tc>
        <w:tc>
          <w:tcPr>
            <w:tcW w:w="4950" w:type="dxa"/>
          </w:tcPr>
          <w:p w:rsidR="005400CE" w:rsidRDefault="005400CE" w:rsidP="005400CE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Алгоритмы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решения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учебных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практических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задач.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999" w:type="dxa"/>
          </w:tcPr>
          <w:p w:rsidR="005400CE" w:rsidRDefault="005400CE" w:rsidP="005400CE">
            <w:pPr>
              <w:pStyle w:val="TableParagraph"/>
              <w:spacing w:before="63" w:line="256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простейших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шкал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измерительных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приборов.;</w:t>
            </w:r>
          </w:p>
          <w:p w:rsidR="005400CE" w:rsidRDefault="005400CE" w:rsidP="005400CE">
            <w:pPr>
              <w:pStyle w:val="TableParagraph"/>
              <w:spacing w:line="256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«Применение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ситуациях»;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информацией: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чтение,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формулирование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вывода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относительно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данных,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 w:right="117"/>
              <w:rPr>
                <w:sz w:val="16"/>
              </w:rPr>
            </w:pPr>
            <w:r>
              <w:rPr>
                <w:w w:val="95"/>
                <w:sz w:val="16"/>
              </w:rPr>
              <w:t>представленных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табличной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диаграмме,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схеме,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другой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модели);</w:t>
            </w:r>
          </w:p>
          <w:p w:rsidR="005400CE" w:rsidRDefault="005400CE" w:rsidP="005400CE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парах/группах.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расчётных,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комбинаторных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логических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задач;</w:t>
            </w:r>
          </w:p>
          <w:p w:rsidR="005400CE" w:rsidRDefault="005400CE" w:rsidP="005400CE">
            <w:pPr>
              <w:pStyle w:val="TableParagraph"/>
              <w:spacing w:line="256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Пропедевтика исследовательской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работы: решение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комбинаторных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логических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задач;</w:t>
            </w:r>
          </w:p>
        </w:tc>
        <w:tc>
          <w:tcPr>
            <w:tcW w:w="1116" w:type="dxa"/>
          </w:tcPr>
          <w:p w:rsidR="005400CE" w:rsidRDefault="005400CE" w:rsidP="005400CE">
            <w:pPr>
              <w:pStyle w:val="TableParagraph"/>
              <w:spacing w:before="63" w:line="252" w:lineRule="auto"/>
              <w:ind w:left="74" w:right="170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  <w:p w:rsidR="005400CE" w:rsidRDefault="005400CE" w:rsidP="005400CE">
            <w:pPr>
              <w:pStyle w:val="TableParagraph"/>
              <w:spacing w:before="1" w:line="254" w:lineRule="auto"/>
              <w:ind w:left="74" w:right="170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467" w:type="dxa"/>
          </w:tcPr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sz w:val="16"/>
              </w:rPr>
            </w:pPr>
            <w:hyperlink r:id="rId81" w:history="1">
              <w:r w:rsidR="00041607" w:rsidRPr="00533D7F">
                <w:rPr>
                  <w:rStyle w:val="aff8"/>
                  <w:sz w:val="16"/>
                </w:rPr>
                <w:t>https://uchi.ru/</w:t>
              </w:r>
            </w:hyperlink>
          </w:p>
          <w:p w:rsidR="00041607" w:rsidRDefault="00E11603" w:rsidP="00041607">
            <w:pPr>
              <w:pStyle w:val="TableParagraph"/>
              <w:spacing w:before="69" w:line="247" w:lineRule="auto"/>
              <w:ind w:left="81"/>
              <w:rPr>
                <w:w w:val="95"/>
                <w:sz w:val="16"/>
              </w:rPr>
            </w:pPr>
            <w:hyperlink r:id="rId82" w:history="1">
              <w:r w:rsidR="00041607" w:rsidRPr="00533D7F">
                <w:rPr>
                  <w:rStyle w:val="aff8"/>
                  <w:w w:val="95"/>
                  <w:sz w:val="16"/>
                </w:rPr>
                <w:t>https://resh.edu.ru/su</w:t>
              </w:r>
            </w:hyperlink>
          </w:p>
          <w:p w:rsidR="005400CE" w:rsidRDefault="005400CE" w:rsidP="005400CE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</w:p>
        </w:tc>
      </w:tr>
      <w:tr w:rsidR="005400CE" w:rsidTr="005400CE">
        <w:trPr>
          <w:trHeight w:val="337"/>
        </w:trPr>
        <w:tc>
          <w:tcPr>
            <w:tcW w:w="5346" w:type="dxa"/>
            <w:gridSpan w:val="2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9632" w:type="dxa"/>
            <w:gridSpan w:val="6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</w:tr>
      <w:tr w:rsidR="005400CE" w:rsidTr="005400CE">
        <w:trPr>
          <w:trHeight w:val="338"/>
        </w:trPr>
        <w:tc>
          <w:tcPr>
            <w:tcW w:w="5346" w:type="dxa"/>
            <w:gridSpan w:val="2"/>
          </w:tcPr>
          <w:p w:rsidR="005400CE" w:rsidRDefault="005400CE" w:rsidP="005400CE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5"/>
                <w:sz w:val="16"/>
              </w:rPr>
              <w:t>Резервное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время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9632" w:type="dxa"/>
            <w:gridSpan w:val="6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</w:tr>
      <w:tr w:rsidR="005400CE" w:rsidTr="005400CE">
        <w:trPr>
          <w:trHeight w:val="318"/>
        </w:trPr>
        <w:tc>
          <w:tcPr>
            <w:tcW w:w="5346" w:type="dxa"/>
            <w:gridSpan w:val="2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28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  <w:tc>
          <w:tcPr>
            <w:tcW w:w="1104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40" w:type="dxa"/>
          </w:tcPr>
          <w:p w:rsidR="005400CE" w:rsidRDefault="005400CE" w:rsidP="005400CE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7388" w:type="dxa"/>
            <w:gridSpan w:val="4"/>
          </w:tcPr>
          <w:p w:rsidR="005400CE" w:rsidRDefault="005400CE" w:rsidP="005400CE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5400CE" w:rsidRDefault="005400CE" w:rsidP="005400CE">
      <w:pPr>
        <w:rPr>
          <w:sz w:val="14"/>
        </w:rPr>
        <w:sectPr w:rsidR="005400CE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5400CE" w:rsidRDefault="005400CE" w:rsidP="005400CE">
      <w:pPr>
        <w:pStyle w:val="1"/>
        <w:spacing w:before="64"/>
      </w:pPr>
      <w:r>
        <w:lastRenderedPageBreak/>
        <w:t>ПОУРОЧНОЕ</w:t>
      </w:r>
      <w:r>
        <w:rPr>
          <w:spacing w:val="-5"/>
        </w:rPr>
        <w:t xml:space="preserve"> </w:t>
      </w:r>
      <w:r>
        <w:t>ПЛАНИРОВАНИЕ</w:t>
      </w:r>
    </w:p>
    <w:p w:rsidR="005400CE" w:rsidRDefault="005400CE" w:rsidP="005400CE">
      <w:pPr>
        <w:pStyle w:val="af"/>
        <w:spacing w:before="9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4"/>
        <w:gridCol w:w="1620"/>
        <w:gridCol w:w="1668"/>
        <w:gridCol w:w="1165"/>
        <w:gridCol w:w="1827"/>
      </w:tblGrid>
      <w:tr w:rsidR="005400CE" w:rsidTr="005400CE">
        <w:trPr>
          <w:trHeight w:val="482"/>
        </w:trPr>
        <w:tc>
          <w:tcPr>
            <w:tcW w:w="576" w:type="dxa"/>
            <w:vMerge w:val="restart"/>
          </w:tcPr>
          <w:p w:rsidR="005400CE" w:rsidRDefault="005400CE" w:rsidP="005400CE">
            <w:pPr>
              <w:pStyle w:val="TableParagraph"/>
              <w:spacing w:before="95" w:line="261" w:lineRule="auto"/>
              <w:ind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65" w:type="dxa"/>
            <w:vMerge w:val="restart"/>
          </w:tcPr>
          <w:p w:rsidR="005400CE" w:rsidRDefault="005400CE" w:rsidP="005400CE">
            <w:pPr>
              <w:pStyle w:val="TableParagraph"/>
              <w:spacing w:before="87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2" w:type="dxa"/>
            <w:gridSpan w:val="3"/>
          </w:tcPr>
          <w:p w:rsidR="005400CE" w:rsidRDefault="005400CE" w:rsidP="005400CE">
            <w:pPr>
              <w:pStyle w:val="TableParagraph"/>
              <w:spacing w:before="87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5" w:type="dxa"/>
            <w:vMerge w:val="restart"/>
          </w:tcPr>
          <w:p w:rsidR="005400CE" w:rsidRDefault="005400CE" w:rsidP="005400CE">
            <w:pPr>
              <w:pStyle w:val="TableParagraph"/>
              <w:spacing w:before="9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5400CE" w:rsidRDefault="005400CE" w:rsidP="005400CE">
            <w:pPr>
              <w:pStyle w:val="TableParagraph"/>
              <w:spacing w:before="24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827" w:type="dxa"/>
            <w:vMerge w:val="restart"/>
          </w:tcPr>
          <w:p w:rsidR="005400CE" w:rsidRDefault="005400CE" w:rsidP="005400CE">
            <w:pPr>
              <w:pStyle w:val="TableParagraph"/>
              <w:spacing w:before="95" w:line="261" w:lineRule="auto"/>
              <w:ind w:left="77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5400CE" w:rsidTr="005400CE">
        <w:trPr>
          <w:trHeight w:val="817"/>
        </w:trPr>
        <w:tc>
          <w:tcPr>
            <w:tcW w:w="576" w:type="dxa"/>
            <w:vMerge/>
            <w:tcBorders>
              <w:top w:val="nil"/>
            </w:tcBorders>
          </w:tcPr>
          <w:p w:rsidR="005400CE" w:rsidRDefault="005400CE" w:rsidP="005400CE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5400CE" w:rsidRDefault="005400CE" w:rsidP="005400CE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7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95" w:line="261" w:lineRule="auto"/>
              <w:ind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95" w:line="261" w:lineRule="auto"/>
              <w:ind w:left="77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5400CE" w:rsidRDefault="005400CE" w:rsidP="005400CE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</w:tcBorders>
          </w:tcPr>
          <w:p w:rsidR="005400CE" w:rsidRDefault="005400CE" w:rsidP="005400CE">
            <w:pPr>
              <w:rPr>
                <w:sz w:val="2"/>
                <w:szCs w:val="2"/>
              </w:rPr>
            </w:pPr>
          </w:p>
        </w:tc>
      </w:tr>
      <w:tr w:rsidR="005400CE" w:rsidTr="005400CE">
        <w:trPr>
          <w:trHeight w:val="1492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5" w:type="dxa"/>
          </w:tcPr>
          <w:p w:rsidR="005400CE" w:rsidRDefault="005400CE" w:rsidP="008810CE">
            <w:pPr>
              <w:pStyle w:val="TableParagraph"/>
              <w:spacing w:before="41" w:line="276" w:lineRule="auto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490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2" w:line="276" w:lineRule="auto"/>
              <w:ind w:left="77" w:right="670"/>
              <w:rPr>
                <w:sz w:val="24"/>
              </w:rPr>
            </w:pPr>
            <w:r>
              <w:rPr>
                <w:sz w:val="24"/>
              </w:rPr>
              <w:t>Порядок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</w:p>
          <w:p w:rsidR="005400CE" w:rsidRDefault="005400CE" w:rsidP="005400CE">
            <w:pPr>
              <w:pStyle w:val="TableParagraph"/>
              <w:spacing w:line="276" w:lineRule="auto"/>
              <w:ind w:left="77" w:right="253"/>
              <w:rPr>
                <w:sz w:val="24"/>
              </w:rPr>
            </w:pPr>
            <w:r>
              <w:rPr>
                <w:sz w:val="24"/>
              </w:rPr>
              <w:t>выражениях. Сложение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1" w:lineRule="auto"/>
              <w:ind w:left="77" w:right="501"/>
              <w:rPr>
                <w:sz w:val="24"/>
              </w:rPr>
            </w:pPr>
            <w:r>
              <w:rPr>
                <w:sz w:val="24"/>
              </w:rPr>
              <w:t>Нахождение суммы</w:t>
            </w:r>
            <w:r w:rsidR="008810C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393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 w:rsidR="008810C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1" w:lineRule="auto"/>
              <w:ind w:left="77" w:right="23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трехзначного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818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1" w:lineRule="auto"/>
              <w:ind w:left="77" w:right="659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61" w:lineRule="auto"/>
              <w:ind w:left="77" w:right="3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1156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2" w:line="261" w:lineRule="auto"/>
              <w:ind w:left="77" w:right="454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2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1" w:lineRule="auto"/>
              <w:ind w:left="77" w:right="630"/>
              <w:rPr>
                <w:sz w:val="24"/>
              </w:rPr>
            </w:pPr>
            <w:r>
              <w:rPr>
                <w:sz w:val="24"/>
              </w:rPr>
              <w:t>Приемы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1" w:lineRule="auto"/>
              <w:ind w:left="77" w:right="630"/>
              <w:rPr>
                <w:sz w:val="24"/>
              </w:rPr>
            </w:pPr>
            <w:r>
              <w:rPr>
                <w:sz w:val="24"/>
              </w:rPr>
              <w:t>Приемы письменного</w:t>
            </w:r>
            <w:r w:rsidR="008810C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32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Диаграммы.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5400CE" w:rsidRDefault="005400CE" w:rsidP="005400CE">
      <w:pPr>
        <w:spacing w:line="271" w:lineRule="auto"/>
        <w:rPr>
          <w:sz w:val="24"/>
        </w:rPr>
        <w:sectPr w:rsidR="005400CE">
          <w:pgSz w:w="11900" w:h="1685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965"/>
        <w:gridCol w:w="734"/>
        <w:gridCol w:w="1620"/>
        <w:gridCol w:w="1668"/>
        <w:gridCol w:w="1165"/>
        <w:gridCol w:w="1826"/>
      </w:tblGrid>
      <w:tr w:rsidR="005400CE" w:rsidTr="005400CE">
        <w:trPr>
          <w:trHeight w:val="815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2965" w:type="dxa"/>
          </w:tcPr>
          <w:p w:rsidR="005400CE" w:rsidRDefault="008810CE" w:rsidP="00AD4E0E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z w:val="24"/>
              </w:rPr>
              <w:t>Что узнали.</w:t>
            </w:r>
            <w:r w:rsidR="005400CE">
              <w:rPr>
                <w:sz w:val="24"/>
              </w:rPr>
              <w:t>Чему</w:t>
            </w:r>
            <w:r w:rsidR="005400CE">
              <w:rPr>
                <w:spacing w:val="-58"/>
                <w:sz w:val="24"/>
              </w:rPr>
              <w:t xml:space="preserve"> </w:t>
            </w:r>
            <w:r w:rsidR="005400CE"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144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65" w:type="dxa"/>
          </w:tcPr>
          <w:p w:rsidR="005400CE" w:rsidRDefault="008810CE" w:rsidP="00AD4E0E">
            <w:pPr>
              <w:pStyle w:val="TableParagraph"/>
              <w:spacing w:before="83" w:line="268" w:lineRule="auto"/>
              <w:rPr>
                <w:sz w:val="24"/>
              </w:rPr>
            </w:pPr>
            <w:r>
              <w:rPr>
                <w:sz w:val="24"/>
              </w:rPr>
              <w:t xml:space="preserve">Контрольная работа </w:t>
            </w:r>
            <w:r w:rsidR="005400CE">
              <w:rPr>
                <w:sz w:val="24"/>
              </w:rPr>
              <w:t>№</w:t>
            </w:r>
            <w:r w:rsidR="005400CE">
              <w:rPr>
                <w:spacing w:val="-58"/>
                <w:sz w:val="24"/>
              </w:rPr>
              <w:t xml:space="preserve"> </w:t>
            </w:r>
            <w:r w:rsidR="005400CE">
              <w:rPr>
                <w:sz w:val="24"/>
              </w:rPr>
              <w:t>1«Четыре</w:t>
            </w:r>
          </w:p>
          <w:p w:rsidR="005400CE" w:rsidRDefault="005400CE" w:rsidP="00AD4E0E">
            <w:pPr>
              <w:pStyle w:val="TableParagraph"/>
              <w:spacing w:before="3" w:line="271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 w:rsidR="008810C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6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3" w:line="261" w:lineRule="auto"/>
              <w:ind w:left="75" w:right="39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65" w:type="dxa"/>
          </w:tcPr>
          <w:p w:rsidR="005400CE" w:rsidRDefault="005400CE" w:rsidP="00AD4E0E">
            <w:pPr>
              <w:pStyle w:val="TableParagraph"/>
              <w:spacing w:before="80" w:line="271" w:lineRule="auto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 Странички для</w:t>
            </w:r>
            <w:r w:rsidR="008810CE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любознательных.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7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65" w:type="dxa"/>
          </w:tcPr>
          <w:p w:rsidR="005400CE" w:rsidRDefault="005400CE" w:rsidP="00AD4E0E">
            <w:pPr>
              <w:pStyle w:val="TableParagraph"/>
              <w:spacing w:before="83" w:line="271" w:lineRule="auto"/>
              <w:rPr>
                <w:sz w:val="24"/>
              </w:rPr>
            </w:pPr>
            <w:r>
              <w:rPr>
                <w:sz w:val="24"/>
              </w:rPr>
              <w:t>Т-2 "Нумерация" (12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818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65" w:type="dxa"/>
          </w:tcPr>
          <w:p w:rsidR="005400CE" w:rsidRDefault="008810CE" w:rsidP="00AD4E0E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FE0F4C">
              <w:rPr>
                <w:sz w:val="24"/>
              </w:rPr>
              <w:t xml:space="preserve"> </w:t>
            </w:r>
            <w:r w:rsidR="005400CE">
              <w:rPr>
                <w:sz w:val="24"/>
              </w:rPr>
              <w:t>многозначных</w:t>
            </w:r>
            <w:r w:rsidR="005400CE">
              <w:rPr>
                <w:spacing w:val="-58"/>
                <w:sz w:val="24"/>
              </w:rPr>
              <w:t xml:space="preserve"> </w:t>
            </w:r>
            <w:r w:rsidR="005400CE">
              <w:rPr>
                <w:sz w:val="24"/>
              </w:rPr>
              <w:t>чисел.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65" w:type="dxa"/>
          </w:tcPr>
          <w:p w:rsidR="005400CE" w:rsidRDefault="008810CE" w:rsidP="00AD4E0E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z w:val="24"/>
              </w:rPr>
              <w:t>Запись</w:t>
            </w:r>
            <w:r w:rsidR="00FE0F4C">
              <w:rPr>
                <w:sz w:val="24"/>
              </w:rPr>
              <w:t xml:space="preserve"> </w:t>
            </w:r>
            <w:r w:rsidR="005400CE">
              <w:rPr>
                <w:sz w:val="24"/>
              </w:rPr>
              <w:t>многозначных</w:t>
            </w:r>
            <w:r w:rsidR="005400CE">
              <w:rPr>
                <w:spacing w:val="-58"/>
                <w:sz w:val="24"/>
              </w:rPr>
              <w:t xml:space="preserve"> </w:t>
            </w:r>
            <w:r w:rsidR="005400CE">
              <w:rPr>
                <w:sz w:val="24"/>
              </w:rPr>
              <w:t>чисел.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481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65" w:type="dxa"/>
          </w:tcPr>
          <w:p w:rsidR="005400CE" w:rsidRDefault="005400CE" w:rsidP="00AD4E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слагаемые.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482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65" w:type="dxa"/>
          </w:tcPr>
          <w:p w:rsidR="005400CE" w:rsidRDefault="005400CE" w:rsidP="00AD4E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65" w:type="dxa"/>
          </w:tcPr>
          <w:p w:rsidR="005400CE" w:rsidRDefault="005400CE" w:rsidP="00AD4E0E">
            <w:pPr>
              <w:pStyle w:val="TableParagraph"/>
              <w:spacing w:before="81" w:line="261" w:lineRule="auto"/>
              <w:ind w:left="128" w:hanging="24"/>
              <w:rPr>
                <w:sz w:val="24"/>
              </w:rPr>
            </w:pPr>
            <w:r>
              <w:rPr>
                <w:sz w:val="24"/>
              </w:rPr>
              <w:t>Увеличение и 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раз.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1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818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65" w:type="dxa"/>
          </w:tcPr>
          <w:p w:rsidR="005400CE" w:rsidRDefault="005400CE" w:rsidP="00AD4E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61" w:lineRule="auto"/>
              <w:ind w:left="75" w:right="39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2"/>
        </w:trPr>
        <w:tc>
          <w:tcPr>
            <w:tcW w:w="577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65" w:type="dxa"/>
            <w:tcBorders>
              <w:bottom w:val="single" w:sz="6" w:space="0" w:color="000000"/>
            </w:tcBorders>
          </w:tcPr>
          <w:p w:rsidR="005400CE" w:rsidRDefault="00AD4E0E" w:rsidP="00AD4E0E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z w:val="24"/>
              </w:rPr>
              <w:t>Класс миллионов.</w:t>
            </w:r>
            <w:r w:rsidR="00FE0F4C">
              <w:rPr>
                <w:sz w:val="24"/>
              </w:rPr>
              <w:t xml:space="preserve"> </w:t>
            </w:r>
            <w:r w:rsidR="005400CE">
              <w:rPr>
                <w:sz w:val="24"/>
              </w:rPr>
              <w:t>Класс</w:t>
            </w:r>
            <w:r w:rsidR="005400CE">
              <w:rPr>
                <w:spacing w:val="-58"/>
                <w:sz w:val="24"/>
              </w:rPr>
              <w:t xml:space="preserve"> </w:t>
            </w:r>
            <w:r w:rsidR="005400CE">
              <w:rPr>
                <w:sz w:val="24"/>
              </w:rPr>
              <w:t>миллиардов.</w:t>
            </w:r>
          </w:p>
        </w:tc>
        <w:tc>
          <w:tcPr>
            <w:tcW w:w="734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  <w:tcBorders>
              <w:bottom w:val="single" w:sz="6" w:space="0" w:color="000000"/>
            </w:tcBorders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826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65" w:type="dxa"/>
            <w:tcBorders>
              <w:top w:val="single" w:sz="6" w:space="0" w:color="000000"/>
            </w:tcBorders>
          </w:tcPr>
          <w:p w:rsidR="005400CE" w:rsidRDefault="005400CE" w:rsidP="00AD4E0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400CE" w:rsidRDefault="005400CE" w:rsidP="00AD4E0E">
            <w:pPr>
              <w:pStyle w:val="TableParagraph"/>
              <w:spacing w:before="34" w:line="271" w:lineRule="auto"/>
              <w:ind w:left="0"/>
              <w:rPr>
                <w:sz w:val="24"/>
              </w:rPr>
            </w:pPr>
            <w:r>
              <w:rPr>
                <w:sz w:val="24"/>
              </w:rPr>
              <w:t>любознательных.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4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</w:tcBorders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826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2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65" w:type="dxa"/>
          </w:tcPr>
          <w:p w:rsidR="005400CE" w:rsidRDefault="005400CE" w:rsidP="00AD4E0E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z w:val="24"/>
              </w:rPr>
              <w:t>Наши проекты.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FE0F4C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65" w:type="dxa"/>
          </w:tcPr>
          <w:p w:rsidR="005400CE" w:rsidRDefault="005400CE" w:rsidP="00AD4E0E">
            <w:pPr>
              <w:pStyle w:val="TableParagraph"/>
              <w:spacing w:before="80" w:line="271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Нумерация».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61" w:lineRule="auto"/>
              <w:ind w:left="75" w:right="39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1132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65" w:type="dxa"/>
          </w:tcPr>
          <w:p w:rsidR="005400CE" w:rsidRDefault="00AD4E0E" w:rsidP="00AD4E0E">
            <w:pPr>
              <w:pStyle w:val="TableParagraph"/>
              <w:spacing w:before="81" w:line="271" w:lineRule="auto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5400CE">
              <w:rPr>
                <w:sz w:val="24"/>
              </w:rPr>
              <w:t>контрольной</w:t>
            </w:r>
            <w:r w:rsidR="005400C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 w:rsidR="005400CE">
              <w:rPr>
                <w:sz w:val="24"/>
              </w:rPr>
              <w:t>Закрепление</w:t>
            </w:r>
            <w:r w:rsidR="005400CE">
              <w:rPr>
                <w:spacing w:val="-57"/>
                <w:sz w:val="24"/>
              </w:rPr>
              <w:t xml:space="preserve"> </w:t>
            </w:r>
            <w:r w:rsidR="005400CE">
              <w:rPr>
                <w:sz w:val="24"/>
              </w:rPr>
              <w:t>изученного.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1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5400CE" w:rsidRDefault="005400CE" w:rsidP="005400CE">
      <w:pPr>
        <w:spacing w:line="271" w:lineRule="auto"/>
        <w:rPr>
          <w:sz w:val="24"/>
        </w:rPr>
        <w:sectPr w:rsidR="005400CE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4"/>
        <w:gridCol w:w="1620"/>
        <w:gridCol w:w="1668"/>
        <w:gridCol w:w="1165"/>
        <w:gridCol w:w="1827"/>
      </w:tblGrid>
      <w:tr w:rsidR="005400CE" w:rsidTr="005400CE">
        <w:trPr>
          <w:trHeight w:val="1152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482"/>
              <w:rPr>
                <w:sz w:val="24"/>
              </w:rPr>
            </w:pPr>
            <w:r>
              <w:rPr>
                <w:sz w:val="24"/>
              </w:rPr>
              <w:t>Т-3 "Величины" (11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 Единица длины.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Километр.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65" w:type="dxa"/>
          </w:tcPr>
          <w:p w:rsidR="005400CE" w:rsidRDefault="005400CE" w:rsidP="00AD4E0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 w:rsidR="00AD4E0E">
              <w:rPr>
                <w:sz w:val="24"/>
              </w:rPr>
              <w:t>длины.</w:t>
            </w:r>
            <w:r w:rsidR="00FE0F4C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RPr="00AD4E0E" w:rsidTr="005400CE">
        <w:trPr>
          <w:trHeight w:val="1156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75" w:line="278" w:lineRule="auto"/>
              <w:ind w:left="77" w:right="406"/>
              <w:rPr>
                <w:sz w:val="24"/>
              </w:rPr>
            </w:pPr>
            <w:r>
              <w:rPr>
                <w:sz w:val="24"/>
              </w:rPr>
              <w:t>Единицы площади.</w:t>
            </w:r>
            <w:r w:rsidR="00AD4E0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 километр,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миллиметр.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RPr="00AD4E0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604"/>
              <w:rPr>
                <w:sz w:val="24"/>
              </w:rPr>
            </w:pPr>
            <w:r>
              <w:rPr>
                <w:sz w:val="24"/>
              </w:rPr>
              <w:t>Измерение площади с</w:t>
            </w:r>
            <w:r w:rsidR="00AD4E0E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253"/>
              <w:rPr>
                <w:sz w:val="24"/>
              </w:rPr>
            </w:pPr>
            <w:r>
              <w:rPr>
                <w:sz w:val="24"/>
              </w:rPr>
              <w:t>Единицы массы. Тонна,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центнер. Таблица единиц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RPr="00AD4E0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line="280" w:lineRule="auto"/>
              <w:ind w:left="77" w:right="298"/>
              <w:rPr>
                <w:sz w:val="24"/>
              </w:rPr>
            </w:pPr>
            <w:r>
              <w:rPr>
                <w:sz w:val="24"/>
              </w:rPr>
              <w:t>Единицы времени.</w:t>
            </w:r>
            <w:r w:rsidR="00AD4E0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часам.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42"/>
              <w:rPr>
                <w:sz w:val="24"/>
              </w:rPr>
            </w:pPr>
            <w:r>
              <w:rPr>
                <w:sz w:val="24"/>
              </w:rPr>
              <w:t>Определение начала, 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Секунда.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9.11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818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694"/>
              <w:rPr>
                <w:sz w:val="24"/>
              </w:rPr>
            </w:pPr>
            <w:r>
              <w:rPr>
                <w:sz w:val="24"/>
              </w:rPr>
              <w:t>Век. Таблица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817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33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AD4E0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«Величины»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3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820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64" w:lineRule="auto"/>
              <w:ind w:left="77" w:right="1064"/>
              <w:rPr>
                <w:sz w:val="24"/>
              </w:rPr>
            </w:pPr>
            <w:r>
              <w:rPr>
                <w:sz w:val="24"/>
              </w:rPr>
              <w:t>Что узнали. Чему</w:t>
            </w:r>
            <w:r w:rsidR="00AD4E0E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1825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Т-4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5400CE" w:rsidRDefault="005400CE" w:rsidP="005400CE">
            <w:pPr>
              <w:pStyle w:val="TableParagraph"/>
              <w:spacing w:before="48" w:line="280" w:lineRule="auto"/>
              <w:ind w:left="77" w:right="228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вычитание." (12 часов)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и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35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17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5400CE" w:rsidRDefault="005400CE" w:rsidP="005400CE">
      <w:pPr>
        <w:spacing w:line="271" w:lineRule="auto"/>
        <w:rPr>
          <w:sz w:val="24"/>
        </w:rPr>
        <w:sectPr w:rsidR="005400CE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965"/>
        <w:gridCol w:w="734"/>
        <w:gridCol w:w="1620"/>
        <w:gridCol w:w="1668"/>
        <w:gridCol w:w="1165"/>
        <w:gridCol w:w="1826"/>
      </w:tblGrid>
      <w:tr w:rsidR="005400CE" w:rsidTr="005400CE">
        <w:trPr>
          <w:trHeight w:val="1152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right="59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вычитаемого.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61" w:lineRule="auto"/>
              <w:ind w:right="36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 целого.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818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3" w:line="261" w:lineRule="auto"/>
              <w:ind w:left="75" w:right="39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820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5" w:line="261" w:lineRule="auto"/>
              <w:ind w:left="75" w:right="39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65" w:type="dxa"/>
          </w:tcPr>
          <w:p w:rsidR="005400CE" w:rsidRDefault="00AD4E0E" w:rsidP="00AD4E0E">
            <w:pPr>
              <w:pStyle w:val="TableParagraph"/>
              <w:spacing w:before="80" w:line="264" w:lineRule="auto"/>
              <w:ind w:right="416"/>
              <w:rPr>
                <w:sz w:val="24"/>
              </w:rPr>
            </w:pPr>
            <w:r>
              <w:rPr>
                <w:sz w:val="24"/>
              </w:rPr>
              <w:t xml:space="preserve">Сложение и </w:t>
            </w:r>
            <w:r w:rsidR="005400CE">
              <w:rPr>
                <w:sz w:val="24"/>
              </w:rPr>
              <w:t>вычитание</w:t>
            </w:r>
            <w:r w:rsidR="005400CE">
              <w:rPr>
                <w:spacing w:val="-58"/>
                <w:sz w:val="24"/>
              </w:rPr>
              <w:t xml:space="preserve"> </w:t>
            </w:r>
            <w:r w:rsidR="005400CE">
              <w:rPr>
                <w:sz w:val="24"/>
              </w:rPr>
              <w:t>величин.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817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5" w:right="39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65" w:type="dxa"/>
          </w:tcPr>
          <w:p w:rsidR="005400CE" w:rsidRDefault="00AD4E0E" w:rsidP="005400CE">
            <w:pPr>
              <w:pStyle w:val="TableParagraph"/>
              <w:spacing w:before="80" w:line="264" w:lineRule="auto"/>
              <w:ind w:right="1065"/>
              <w:rPr>
                <w:sz w:val="24"/>
              </w:rPr>
            </w:pPr>
            <w:r>
              <w:rPr>
                <w:sz w:val="24"/>
              </w:rPr>
              <w:t>Что узнали.</w:t>
            </w:r>
            <w:r w:rsidR="005400CE">
              <w:rPr>
                <w:sz w:val="24"/>
              </w:rPr>
              <w:t>Чему</w:t>
            </w:r>
            <w:r>
              <w:rPr>
                <w:spacing w:val="-58"/>
                <w:sz w:val="24"/>
              </w:rPr>
              <w:t xml:space="preserve"> </w:t>
            </w:r>
            <w:r w:rsidR="005400CE"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65" w:type="dxa"/>
          </w:tcPr>
          <w:p w:rsidR="005400CE" w:rsidRDefault="005400CE" w:rsidP="00AD4E0E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Страничка</w:t>
            </w:r>
            <w:r>
              <w:rPr>
                <w:spacing w:val="-2"/>
                <w:sz w:val="24"/>
              </w:rPr>
              <w:t xml:space="preserve"> </w:t>
            </w:r>
            <w:r w:rsidR="00AD4E0E">
              <w:rPr>
                <w:sz w:val="24"/>
              </w:rPr>
              <w:t xml:space="preserve">для </w:t>
            </w:r>
            <w:r>
              <w:rPr>
                <w:sz w:val="24"/>
              </w:rPr>
              <w:t>любознательных. Задачи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расчёты.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818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65" w:type="dxa"/>
          </w:tcPr>
          <w:p w:rsidR="005400CE" w:rsidRDefault="00AD4E0E" w:rsidP="005400CE">
            <w:pPr>
              <w:pStyle w:val="TableParagraph"/>
              <w:spacing w:before="80" w:line="264" w:lineRule="auto"/>
              <w:ind w:right="1065"/>
              <w:rPr>
                <w:sz w:val="24"/>
              </w:rPr>
            </w:pPr>
            <w:r>
              <w:rPr>
                <w:sz w:val="24"/>
              </w:rPr>
              <w:t>Что узнали.</w:t>
            </w:r>
            <w:r w:rsidR="005400CE">
              <w:rPr>
                <w:sz w:val="24"/>
              </w:rPr>
              <w:t>Чему</w:t>
            </w:r>
            <w:r w:rsidR="005400CE">
              <w:rPr>
                <w:spacing w:val="-58"/>
                <w:sz w:val="24"/>
              </w:rPr>
              <w:t xml:space="preserve"> </w:t>
            </w:r>
            <w:r w:rsidR="005400CE"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5" w:right="39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488"/>
        </w:trPr>
        <w:tc>
          <w:tcPr>
            <w:tcW w:w="577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65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3" w:line="276" w:lineRule="auto"/>
              <w:ind w:right="230"/>
              <w:rPr>
                <w:sz w:val="24"/>
              </w:rPr>
            </w:pPr>
            <w:r>
              <w:rPr>
                <w:sz w:val="24"/>
              </w:rPr>
              <w:t>Контрольная работа № 4</w:t>
            </w:r>
            <w:r w:rsidR="00AD4E0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«Сложение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21123B">
              <w:rPr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чисел».</w:t>
            </w:r>
          </w:p>
        </w:tc>
        <w:tc>
          <w:tcPr>
            <w:tcW w:w="734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  <w:tcBorders>
              <w:bottom w:val="single" w:sz="6" w:space="0" w:color="000000"/>
            </w:tcBorders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1826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0" w:line="264" w:lineRule="auto"/>
              <w:ind w:left="75" w:right="39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2833"/>
        </w:trPr>
        <w:tc>
          <w:tcPr>
            <w:tcW w:w="577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65" w:type="dxa"/>
            <w:tcBorders>
              <w:top w:val="single" w:sz="6" w:space="0" w:color="000000"/>
            </w:tcBorders>
          </w:tcPr>
          <w:p w:rsidR="005400CE" w:rsidRDefault="00AD4E0E" w:rsidP="005400CE">
            <w:pPr>
              <w:pStyle w:val="TableParagraph"/>
              <w:spacing w:before="81" w:line="288" w:lineRule="auto"/>
              <w:ind w:right="449"/>
              <w:rPr>
                <w:sz w:val="24"/>
              </w:rPr>
            </w:pPr>
            <w:r>
              <w:rPr>
                <w:sz w:val="24"/>
              </w:rPr>
              <w:t>Числа, которые</w:t>
            </w:r>
            <w:r w:rsidR="0021123B">
              <w:rPr>
                <w:sz w:val="24"/>
              </w:rPr>
              <w:t xml:space="preserve"> </w:t>
            </w:r>
            <w:r w:rsidR="005400CE">
              <w:rPr>
                <w:sz w:val="24"/>
              </w:rPr>
              <w:t>больше</w:t>
            </w:r>
            <w:r>
              <w:rPr>
                <w:spacing w:val="-58"/>
                <w:sz w:val="24"/>
              </w:rPr>
              <w:t xml:space="preserve"> </w:t>
            </w:r>
            <w:r w:rsidR="005400CE">
              <w:rPr>
                <w:sz w:val="24"/>
              </w:rPr>
              <w:t>1000.</w:t>
            </w:r>
            <w:r w:rsidR="005400CE">
              <w:rPr>
                <w:spacing w:val="-1"/>
                <w:sz w:val="24"/>
              </w:rPr>
              <w:t xml:space="preserve"> </w:t>
            </w:r>
            <w:r w:rsidR="005400CE">
              <w:rPr>
                <w:sz w:val="24"/>
              </w:rPr>
              <w:t>Умножение</w:t>
            </w:r>
            <w:r w:rsidR="005400CE">
              <w:rPr>
                <w:spacing w:val="-1"/>
                <w:sz w:val="24"/>
              </w:rPr>
              <w:t xml:space="preserve"> </w:t>
            </w:r>
            <w:r w:rsidR="005400CE">
              <w:rPr>
                <w:sz w:val="24"/>
              </w:rPr>
              <w:t>и</w:t>
            </w:r>
          </w:p>
          <w:p w:rsidR="005400CE" w:rsidRDefault="005400CE" w:rsidP="00AD4E0E">
            <w:pPr>
              <w:pStyle w:val="TableParagraph"/>
              <w:spacing w:line="285" w:lineRule="auto"/>
              <w:ind w:left="0" w:right="84"/>
              <w:rPr>
                <w:sz w:val="24"/>
              </w:rPr>
            </w:pPr>
            <w:r>
              <w:rPr>
                <w:sz w:val="24"/>
              </w:rPr>
              <w:t>деление (77 часов)Т-5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"Умножение и 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число" (15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часов)Анализ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734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</w:tcBorders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7.12</w:t>
            </w:r>
          </w:p>
        </w:tc>
        <w:tc>
          <w:tcPr>
            <w:tcW w:w="1826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1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35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right="716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 w:rsidR="0021123B">
              <w:rPr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 w:rsidR="0021123B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5400CE" w:rsidRDefault="005400CE" w:rsidP="005400CE">
      <w:pPr>
        <w:spacing w:line="271" w:lineRule="auto"/>
        <w:rPr>
          <w:sz w:val="24"/>
        </w:rPr>
        <w:sectPr w:rsidR="005400CE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965"/>
        <w:gridCol w:w="734"/>
        <w:gridCol w:w="1620"/>
        <w:gridCol w:w="1668"/>
        <w:gridCol w:w="1165"/>
        <w:gridCol w:w="1826"/>
      </w:tblGrid>
      <w:tr w:rsidR="005400CE" w:rsidTr="005400CE">
        <w:trPr>
          <w:trHeight w:val="1152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1" w:lineRule="auto"/>
              <w:ind w:right="716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 w:rsidR="00FE0F4C">
              <w:rPr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 w:rsidR="00FE0F4C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righ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 w:rsidR="00FE0F4C">
              <w:rPr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оканчивается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491"/>
        </w:trPr>
        <w:tc>
          <w:tcPr>
            <w:tcW w:w="577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65" w:type="dxa"/>
            <w:tcBorders>
              <w:bottom w:val="single" w:sz="6" w:space="0" w:color="000000"/>
            </w:tcBorders>
          </w:tcPr>
          <w:p w:rsidR="005400CE" w:rsidRDefault="005400CE" w:rsidP="0021123B">
            <w:pPr>
              <w:pStyle w:val="TableParagraph"/>
              <w:spacing w:before="85" w:line="276" w:lineRule="auto"/>
              <w:ind w:left="0" w:right="17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множителя,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5400CE" w:rsidRDefault="005400CE" w:rsidP="0021123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делителя.</w:t>
            </w:r>
          </w:p>
        </w:tc>
        <w:tc>
          <w:tcPr>
            <w:tcW w:w="734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  <w:tcBorders>
              <w:bottom w:val="single" w:sz="6" w:space="0" w:color="000000"/>
            </w:tcBorders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826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3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0"/>
        </w:trPr>
        <w:tc>
          <w:tcPr>
            <w:tcW w:w="577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65" w:type="dxa"/>
            <w:tcBorders>
              <w:top w:val="single" w:sz="6" w:space="0" w:color="000000"/>
            </w:tcBorders>
          </w:tcPr>
          <w:p w:rsidR="005400CE" w:rsidRDefault="005400CE" w:rsidP="0021123B">
            <w:pPr>
              <w:pStyle w:val="TableParagraph"/>
              <w:spacing w:before="72"/>
              <w:ind w:left="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734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</w:tcBorders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826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1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65" w:type="dxa"/>
          </w:tcPr>
          <w:p w:rsidR="005400CE" w:rsidRDefault="005400CE" w:rsidP="0021123B">
            <w:pPr>
              <w:pStyle w:val="TableParagraph"/>
              <w:spacing w:before="83" w:line="261" w:lineRule="auto"/>
              <w:ind w:left="0" w:right="716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 w:rsidR="00FE0F4C">
              <w:rPr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65" w:type="dxa"/>
          </w:tcPr>
          <w:p w:rsidR="005400CE" w:rsidRDefault="005400CE" w:rsidP="0021123B">
            <w:pPr>
              <w:pStyle w:val="TableParagraph"/>
              <w:spacing w:before="83" w:line="261" w:lineRule="auto"/>
              <w:ind w:left="0" w:right="716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 w:rsidR="00FE0F4C">
              <w:rPr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826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65" w:type="dxa"/>
          </w:tcPr>
          <w:p w:rsidR="005400CE" w:rsidRDefault="005400CE" w:rsidP="0021123B">
            <w:pPr>
              <w:pStyle w:val="TableParagraph"/>
              <w:spacing w:before="83" w:line="280" w:lineRule="auto"/>
              <w:ind w:left="0" w:right="45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уменьшение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</w:p>
          <w:p w:rsidR="005400CE" w:rsidRDefault="005400CE" w:rsidP="0021123B">
            <w:pPr>
              <w:pStyle w:val="TableParagraph"/>
              <w:spacing w:line="280" w:lineRule="auto"/>
              <w:ind w:left="0" w:right="262"/>
              <w:rPr>
                <w:sz w:val="24"/>
              </w:rPr>
            </w:pPr>
            <w:r>
              <w:rPr>
                <w:sz w:val="24"/>
              </w:rPr>
              <w:t>выраженных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61" w:lineRule="auto"/>
              <w:ind w:right="29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  <w:r>
              <w:rPr>
                <w:spacing w:val="-57"/>
                <w:sz w:val="24"/>
              </w:rPr>
              <w:t xml:space="preserve"> </w:t>
            </w:r>
            <w:r w:rsidR="00197826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6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65" w:type="dxa"/>
          </w:tcPr>
          <w:p w:rsidR="005400CE" w:rsidRDefault="005400CE" w:rsidP="0021123B">
            <w:pPr>
              <w:pStyle w:val="TableParagraph"/>
              <w:spacing w:before="85" w:line="261" w:lineRule="auto"/>
              <w:ind w:left="0" w:right="29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197826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5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65" w:type="dxa"/>
          </w:tcPr>
          <w:p w:rsidR="005400CE" w:rsidRDefault="005400CE" w:rsidP="0021123B">
            <w:pPr>
              <w:pStyle w:val="TableParagraph"/>
              <w:spacing w:before="80"/>
              <w:ind w:left="0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5400CE" w:rsidRDefault="005400CE" w:rsidP="0021123B">
            <w:pPr>
              <w:pStyle w:val="TableParagraph"/>
              <w:spacing w:before="27"/>
              <w:ind w:left="0"/>
              <w:rPr>
                <w:sz w:val="24"/>
              </w:rPr>
            </w:pPr>
            <w:r>
              <w:rPr>
                <w:sz w:val="24"/>
              </w:rPr>
              <w:t>деления.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2479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right="35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197826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FE0F4C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0" w:line="283" w:lineRule="auto"/>
              <w:ind w:left="75" w:right="5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5400CE" w:rsidRDefault="005400CE" w:rsidP="005400CE">
            <w:pPr>
              <w:pStyle w:val="TableParagraph"/>
              <w:spacing w:line="283" w:lineRule="auto"/>
              <w:ind w:left="75" w:right="367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5400CE" w:rsidRDefault="005400CE" w:rsidP="005400CE">
      <w:pPr>
        <w:spacing w:line="283" w:lineRule="auto"/>
        <w:rPr>
          <w:sz w:val="24"/>
        </w:rPr>
        <w:sectPr w:rsidR="005400CE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4"/>
        <w:gridCol w:w="1620"/>
        <w:gridCol w:w="1668"/>
        <w:gridCol w:w="1165"/>
        <w:gridCol w:w="1827"/>
      </w:tblGrid>
      <w:tr w:rsidR="005400CE" w:rsidTr="005400CE">
        <w:trPr>
          <w:trHeight w:val="1490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76" w:lineRule="auto"/>
              <w:ind w:left="77" w:right="33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00CE" w:rsidRDefault="005400CE" w:rsidP="005400CE">
            <w:pPr>
              <w:pStyle w:val="TableParagraph"/>
              <w:spacing w:line="276" w:lineRule="auto"/>
              <w:ind w:left="77" w:right="388"/>
              <w:rPr>
                <w:sz w:val="24"/>
              </w:rPr>
            </w:pPr>
            <w:r>
              <w:rPr>
                <w:sz w:val="24"/>
              </w:rPr>
              <w:t>деление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61" w:lineRule="auto"/>
              <w:ind w:left="77" w:right="3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1151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5400CE" w:rsidRDefault="005400CE" w:rsidP="005400CE">
            <w:pPr>
              <w:pStyle w:val="TableParagraph"/>
              <w:spacing w:before="34" w:line="271" w:lineRule="auto"/>
              <w:ind w:left="77" w:right="210"/>
              <w:rPr>
                <w:sz w:val="24"/>
              </w:rPr>
            </w:pPr>
            <w:r>
              <w:rPr>
                <w:sz w:val="24"/>
              </w:rPr>
              <w:t>работы. Что узнали. 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492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5" w:line="278" w:lineRule="auto"/>
              <w:ind w:left="77" w:right="670"/>
              <w:rPr>
                <w:sz w:val="24"/>
              </w:rPr>
            </w:pPr>
            <w:r>
              <w:rPr>
                <w:sz w:val="24"/>
              </w:rPr>
              <w:t>Т- 6 "Умножение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  <w:p w:rsidR="005400CE" w:rsidRDefault="005400CE" w:rsidP="005400CE">
            <w:pPr>
              <w:pStyle w:val="TableParagraph"/>
              <w:spacing w:line="278" w:lineRule="auto"/>
              <w:ind w:left="77" w:right="290"/>
              <w:rPr>
                <w:sz w:val="24"/>
              </w:rPr>
            </w:pPr>
            <w:r>
              <w:rPr>
                <w:sz w:val="24"/>
              </w:rPr>
              <w:t>Умножение и деление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1490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6" w:line="276" w:lineRule="auto"/>
              <w:ind w:left="77" w:right="285"/>
              <w:rPr>
                <w:sz w:val="24"/>
              </w:rPr>
            </w:pPr>
            <w:r>
              <w:rPr>
                <w:sz w:val="24"/>
              </w:rPr>
              <w:t>Скорость.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490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5" w:line="276" w:lineRule="auto"/>
              <w:ind w:left="77" w:right="285"/>
              <w:rPr>
                <w:sz w:val="24"/>
              </w:rPr>
            </w:pPr>
            <w:r>
              <w:rPr>
                <w:sz w:val="24"/>
              </w:rPr>
              <w:t>Скорость.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490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5" w:line="276" w:lineRule="auto"/>
              <w:ind w:left="77" w:right="285"/>
              <w:rPr>
                <w:sz w:val="24"/>
              </w:rPr>
            </w:pPr>
            <w:r>
              <w:rPr>
                <w:sz w:val="24"/>
              </w:rPr>
              <w:t>Скорость.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61" w:lineRule="auto"/>
              <w:ind w:left="77" w:right="107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197826">
        <w:trPr>
          <w:trHeight w:val="1215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61" w:lineRule="auto"/>
              <w:ind w:left="77" w:right="1076"/>
              <w:rPr>
                <w:sz w:val="24"/>
              </w:rPr>
            </w:pPr>
            <w:r>
              <w:rPr>
                <w:sz w:val="24"/>
              </w:rPr>
              <w:t>Странички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любознательных.</w:t>
            </w:r>
          </w:p>
          <w:p w:rsidR="005400CE" w:rsidRDefault="005400CE" w:rsidP="005400CE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827" w:type="dxa"/>
          </w:tcPr>
          <w:p w:rsidR="00197826" w:rsidRDefault="005400CE" w:rsidP="00197826">
            <w:pPr>
              <w:pStyle w:val="TableParagraph"/>
              <w:spacing w:before="83" w:line="283" w:lineRule="auto"/>
              <w:ind w:left="77" w:right="71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</w:p>
          <w:p w:rsidR="005400CE" w:rsidRDefault="005400CE" w:rsidP="005400CE">
            <w:pPr>
              <w:pStyle w:val="TableParagraph"/>
              <w:spacing w:line="283" w:lineRule="auto"/>
              <w:ind w:left="77" w:right="366"/>
              <w:rPr>
                <w:sz w:val="24"/>
              </w:rPr>
            </w:pP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715"/>
              <w:rPr>
                <w:sz w:val="24"/>
              </w:rPr>
            </w:pPr>
            <w:r>
              <w:rPr>
                <w:sz w:val="24"/>
              </w:rPr>
              <w:t>Умножение числа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35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715"/>
              <w:rPr>
                <w:sz w:val="24"/>
              </w:rPr>
            </w:pPr>
            <w:r>
              <w:rPr>
                <w:sz w:val="24"/>
              </w:rPr>
              <w:t>Умножение числа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5400CE" w:rsidRDefault="005400CE" w:rsidP="005400CE">
      <w:pPr>
        <w:spacing w:line="271" w:lineRule="auto"/>
        <w:rPr>
          <w:sz w:val="24"/>
        </w:rPr>
        <w:sectPr w:rsidR="005400CE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4"/>
        <w:gridCol w:w="1620"/>
        <w:gridCol w:w="1668"/>
        <w:gridCol w:w="1165"/>
        <w:gridCol w:w="1827"/>
      </w:tblGrid>
      <w:tr w:rsidR="005400CE" w:rsidTr="005400CE">
        <w:trPr>
          <w:trHeight w:val="1152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9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оканчивающиеся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218"/>
              <w:rPr>
                <w:sz w:val="24"/>
              </w:rPr>
            </w:pPr>
            <w:r>
              <w:rPr>
                <w:sz w:val="24"/>
              </w:rPr>
              <w:t>Письменное умножение</w:t>
            </w:r>
            <w:r w:rsidR="002112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 w:rsidR="002112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6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965" w:type="dxa"/>
          </w:tcPr>
          <w:p w:rsidR="005400CE" w:rsidRDefault="005400CE" w:rsidP="0021123B">
            <w:pPr>
              <w:pStyle w:val="TableParagraph"/>
              <w:spacing w:before="80" w:line="264" w:lineRule="auto"/>
              <w:ind w:left="0" w:right="187"/>
              <w:rPr>
                <w:sz w:val="24"/>
              </w:rPr>
            </w:pPr>
            <w:r>
              <w:rPr>
                <w:sz w:val="24"/>
              </w:rPr>
              <w:t>Перестановка и</w:t>
            </w:r>
            <w:r w:rsidR="00641C4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множителей.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965" w:type="dxa"/>
          </w:tcPr>
          <w:p w:rsidR="005400CE" w:rsidRDefault="005400CE" w:rsidP="00641C4F">
            <w:pPr>
              <w:pStyle w:val="TableParagraph"/>
              <w:spacing w:before="80" w:line="264" w:lineRule="auto"/>
              <w:ind w:left="0" w:right="1064"/>
              <w:rPr>
                <w:sz w:val="24"/>
              </w:rPr>
            </w:pPr>
            <w:r>
              <w:rPr>
                <w:sz w:val="24"/>
              </w:rPr>
              <w:t>Что узнали. Чему</w:t>
            </w:r>
            <w:r w:rsidR="00641C4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33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00CE" w:rsidRDefault="005400CE" w:rsidP="005400CE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деление»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3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35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825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80" w:lineRule="auto"/>
              <w:ind w:left="77" w:right="859"/>
              <w:jc w:val="both"/>
              <w:rPr>
                <w:sz w:val="24"/>
              </w:rPr>
            </w:pPr>
            <w:r>
              <w:rPr>
                <w:sz w:val="24"/>
              </w:rPr>
              <w:t>Т- 7 " Умножение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  <w:p w:rsidR="005400CE" w:rsidRDefault="005400CE" w:rsidP="005400CE">
            <w:pPr>
              <w:pStyle w:val="TableParagraph"/>
              <w:spacing w:before="2" w:line="280" w:lineRule="auto"/>
              <w:ind w:left="77" w:right="202"/>
              <w:jc w:val="both"/>
              <w:rPr>
                <w:sz w:val="24"/>
              </w:rPr>
            </w:pPr>
            <w:r>
              <w:rPr>
                <w:sz w:val="24"/>
              </w:rPr>
              <w:t>оканчивающиеся нулями"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(13 часов) Деление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7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107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20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100, 1000.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35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419"/>
              <w:jc w:val="both"/>
              <w:rPr>
                <w:sz w:val="24"/>
              </w:rPr>
            </w:pPr>
            <w:r>
              <w:rPr>
                <w:sz w:val="24"/>
              </w:rPr>
              <w:t>Письменное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оканчивающиеся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5400CE" w:rsidRDefault="005400CE" w:rsidP="005400CE">
      <w:pPr>
        <w:spacing w:line="271" w:lineRule="auto"/>
        <w:rPr>
          <w:sz w:val="24"/>
        </w:rPr>
        <w:sectPr w:rsidR="005400CE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4"/>
        <w:gridCol w:w="1620"/>
        <w:gridCol w:w="1668"/>
        <w:gridCol w:w="1165"/>
        <w:gridCol w:w="1827"/>
      </w:tblGrid>
      <w:tr w:rsidR="005400CE" w:rsidTr="005400CE">
        <w:trPr>
          <w:trHeight w:val="1152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85.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419"/>
              <w:jc w:val="both"/>
              <w:rPr>
                <w:sz w:val="24"/>
              </w:rPr>
            </w:pPr>
            <w:r>
              <w:rPr>
                <w:sz w:val="24"/>
              </w:rPr>
              <w:t>Письменное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оканчивающиеся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419"/>
              <w:jc w:val="both"/>
              <w:rPr>
                <w:sz w:val="24"/>
              </w:rPr>
            </w:pPr>
            <w:r>
              <w:rPr>
                <w:sz w:val="24"/>
              </w:rPr>
              <w:t>Письменное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оканчивающиеся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6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419"/>
              <w:jc w:val="both"/>
              <w:rPr>
                <w:sz w:val="24"/>
              </w:rPr>
            </w:pPr>
            <w:r>
              <w:rPr>
                <w:sz w:val="24"/>
              </w:rPr>
              <w:t>Письменное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оканчивающиеся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818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965" w:type="dxa"/>
          </w:tcPr>
          <w:p w:rsidR="005400CE" w:rsidRDefault="005400CE" w:rsidP="00641C4F">
            <w:pPr>
              <w:pStyle w:val="TableParagraph"/>
              <w:spacing w:before="80" w:line="264" w:lineRule="auto"/>
              <w:ind w:left="0" w:right="1064"/>
              <w:rPr>
                <w:sz w:val="24"/>
              </w:rPr>
            </w:pPr>
            <w:r>
              <w:rPr>
                <w:sz w:val="24"/>
              </w:rPr>
              <w:t>Что узнали. Чему</w:t>
            </w:r>
            <w:r w:rsidR="00641C4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1490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78" w:lineRule="auto"/>
              <w:ind w:left="77" w:right="3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00CE" w:rsidRDefault="005400CE" w:rsidP="005400CE">
            <w:pPr>
              <w:pStyle w:val="TableParagraph"/>
              <w:spacing w:line="276" w:lineRule="auto"/>
              <w:ind w:left="77" w:right="112"/>
              <w:rPr>
                <w:sz w:val="24"/>
              </w:rPr>
            </w:pPr>
            <w:r>
              <w:rPr>
                <w:sz w:val="24"/>
              </w:rPr>
              <w:t>деление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нулями».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3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448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829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Т-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400CE" w:rsidRDefault="005400CE" w:rsidP="005400CE">
            <w:pPr>
              <w:pStyle w:val="TableParagraph"/>
              <w:spacing w:before="48" w:line="280" w:lineRule="auto"/>
              <w:ind w:left="77" w:right="201"/>
              <w:rPr>
                <w:sz w:val="24"/>
              </w:rPr>
            </w:pPr>
            <w:r>
              <w:rPr>
                <w:sz w:val="24"/>
              </w:rPr>
              <w:t>двузначное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число" (12 часов)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сумму.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715"/>
              <w:rPr>
                <w:sz w:val="24"/>
              </w:rPr>
            </w:pPr>
            <w:r>
              <w:rPr>
                <w:sz w:val="24"/>
              </w:rPr>
              <w:t>Умножение числа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сумму.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9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35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9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5400CE" w:rsidRPr="00197826" w:rsidRDefault="005400CE" w:rsidP="005400CE">
      <w:pPr>
        <w:spacing w:line="271" w:lineRule="auto"/>
        <w:rPr>
          <w:sz w:val="24"/>
          <w:lang w:val="ru-RU"/>
        </w:rPr>
        <w:sectPr w:rsidR="005400CE" w:rsidRPr="00197826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4"/>
        <w:gridCol w:w="1620"/>
        <w:gridCol w:w="1668"/>
        <w:gridCol w:w="1165"/>
        <w:gridCol w:w="1827"/>
      </w:tblGrid>
      <w:tr w:rsidR="005400CE" w:rsidTr="005400CE">
        <w:trPr>
          <w:trHeight w:val="1152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ind w:left="56" w:right="1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97.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ind w:left="56" w:right="166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6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75"/>
              <w:ind w:left="56" w:right="166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61" w:lineRule="auto"/>
              <w:ind w:left="77" w:right="9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965" w:type="dxa"/>
          </w:tcPr>
          <w:p w:rsidR="005400CE" w:rsidRDefault="005400CE" w:rsidP="00641C4F">
            <w:pPr>
              <w:pStyle w:val="TableParagraph"/>
              <w:spacing w:before="80" w:line="264" w:lineRule="auto"/>
              <w:ind w:left="161" w:right="110" w:hanging="96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41C4F">
              <w:rPr>
                <w:spacing w:val="-57"/>
                <w:sz w:val="24"/>
              </w:rPr>
              <w:t xml:space="preserve"> </w:t>
            </w:r>
            <w:r w:rsidR="00641C4F">
              <w:rPr>
                <w:sz w:val="24"/>
              </w:rPr>
              <w:t>т</w:t>
            </w:r>
            <w:r>
              <w:rPr>
                <w:sz w:val="24"/>
              </w:rPr>
              <w:t>рехзначное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818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4" w:right="946"/>
              <w:rPr>
                <w:sz w:val="24"/>
              </w:rPr>
            </w:pPr>
            <w:r>
              <w:rPr>
                <w:sz w:val="24"/>
              </w:rPr>
              <w:t>Что узнали.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1490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 w:line="278" w:lineRule="auto"/>
              <w:ind w:left="77" w:right="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400CE" w:rsidRDefault="005400CE" w:rsidP="005400CE">
            <w:pPr>
              <w:pStyle w:val="TableParagraph"/>
              <w:spacing w:line="276" w:lineRule="auto"/>
              <w:ind w:left="77" w:right="201"/>
              <w:rPr>
                <w:sz w:val="24"/>
              </w:rPr>
            </w:pPr>
            <w:r>
              <w:rPr>
                <w:sz w:val="24"/>
              </w:rPr>
              <w:t>двузначное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3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RPr="00641C4F" w:rsidTr="00197826">
        <w:trPr>
          <w:trHeight w:val="2029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/>
              <w:ind w:left="65"/>
              <w:rPr>
                <w:sz w:val="24"/>
              </w:rPr>
            </w:pPr>
            <w:r>
              <w:rPr>
                <w:sz w:val="24"/>
              </w:rPr>
              <w:t>Т-9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400CE" w:rsidRDefault="005400CE" w:rsidP="00641C4F">
            <w:pPr>
              <w:pStyle w:val="TableParagraph"/>
              <w:spacing w:before="43" w:line="276" w:lineRule="auto"/>
              <w:ind w:right="530"/>
              <w:rPr>
                <w:sz w:val="24"/>
              </w:rPr>
            </w:pPr>
            <w:r>
              <w:rPr>
                <w:sz w:val="24"/>
              </w:rPr>
              <w:t>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 w:rsidR="00641C4F">
              <w:rPr>
                <w:sz w:val="24"/>
              </w:rPr>
              <w:t xml:space="preserve">контрольной работы. </w:t>
            </w:r>
            <w:r>
              <w:rPr>
                <w:sz w:val="24"/>
              </w:rPr>
              <w:t>Письменное деление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RPr="00641C4F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965" w:type="dxa"/>
          </w:tcPr>
          <w:p w:rsidR="005400CE" w:rsidRDefault="005400CE" w:rsidP="00641C4F">
            <w:pPr>
              <w:pStyle w:val="TableParagraph"/>
              <w:spacing w:before="80" w:line="271" w:lineRule="auto"/>
              <w:ind w:left="26" w:right="626" w:hanging="22"/>
              <w:rPr>
                <w:sz w:val="24"/>
              </w:rPr>
            </w:pPr>
            <w:r>
              <w:rPr>
                <w:sz w:val="24"/>
              </w:rPr>
              <w:t>Письменное деление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41C4F">
              <w:rPr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965" w:type="dxa"/>
          </w:tcPr>
          <w:p w:rsidR="005400CE" w:rsidRDefault="005400CE" w:rsidP="00641C4F">
            <w:pPr>
              <w:pStyle w:val="TableParagraph"/>
              <w:spacing w:before="80" w:line="271" w:lineRule="auto"/>
              <w:ind w:left="0" w:right="527" w:firstLine="4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 w:rsidR="00641C4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41C4F">
              <w:rPr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3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0" w:line="264" w:lineRule="auto"/>
              <w:ind w:left="77" w:right="425"/>
              <w:rPr>
                <w:sz w:val="24"/>
              </w:rPr>
            </w:pPr>
            <w:r>
              <w:rPr>
                <w:sz w:val="24"/>
              </w:rPr>
              <w:t>Письменное деление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5400CE" w:rsidRDefault="005400CE" w:rsidP="005400CE">
      <w:pPr>
        <w:spacing w:line="271" w:lineRule="auto"/>
        <w:rPr>
          <w:sz w:val="24"/>
        </w:rPr>
        <w:sectPr w:rsidR="005400CE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4"/>
        <w:gridCol w:w="1620"/>
        <w:gridCol w:w="1668"/>
        <w:gridCol w:w="1165"/>
        <w:gridCol w:w="1827"/>
      </w:tblGrid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161" w:right="447" w:hanging="96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41C4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/>
              <w:ind w:left="6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RPr="00641C4F" w:rsidTr="005400CE">
        <w:trPr>
          <w:trHeight w:val="1156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161" w:right="307" w:hanging="9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  <w:r w:rsidR="00641C4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RPr="00641C4F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/>
              <w:ind w:left="6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161" w:right="447" w:hanging="96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5400CE" w:rsidRDefault="005400CE" w:rsidP="005400CE">
            <w:pPr>
              <w:pStyle w:val="TableParagraph"/>
              <w:spacing w:before="1"/>
              <w:ind w:left="161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77" w:right="2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161" w:right="307" w:hanging="9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400CE" w:rsidRDefault="005400CE" w:rsidP="00540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двузначное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77" w:right="3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RPr="00641C4F" w:rsidTr="00641C4F">
        <w:trPr>
          <w:trHeight w:val="2447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965" w:type="dxa"/>
          </w:tcPr>
          <w:p w:rsidR="005400CE" w:rsidRDefault="005400CE" w:rsidP="00641C4F">
            <w:pPr>
              <w:pStyle w:val="TableParagraph"/>
              <w:spacing w:before="92" w:line="276" w:lineRule="auto"/>
              <w:ind w:left="0" w:right="297" w:firstLine="26"/>
              <w:rPr>
                <w:sz w:val="24"/>
              </w:rPr>
            </w:pPr>
            <w:r>
              <w:rPr>
                <w:sz w:val="24"/>
              </w:rPr>
              <w:t>Т -10 "Деление на</w:t>
            </w:r>
            <w:r w:rsidR="00641C4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число."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 часов) Анализ</w:t>
            </w:r>
            <w:r w:rsidR="00641C4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 w:rsidR="00641C4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400CE" w:rsidRDefault="005400CE" w:rsidP="00641C4F">
            <w:pPr>
              <w:pStyle w:val="TableParagraph"/>
              <w:spacing w:before="111"/>
              <w:ind w:left="0" w:firstLine="26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41C4F">
              <w:rPr>
                <w:sz w:val="24"/>
              </w:rPr>
              <w:t xml:space="preserve"> трехзначное</w:t>
            </w:r>
            <w:r w:rsidR="00641C4F">
              <w:rPr>
                <w:spacing w:val="-2"/>
                <w:sz w:val="24"/>
              </w:rPr>
              <w:t xml:space="preserve"> </w:t>
            </w:r>
            <w:r w:rsidR="00641C4F"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RPr="00641C4F" w:rsidTr="005400CE">
        <w:trPr>
          <w:trHeight w:val="1154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77" w:right="425"/>
              <w:rPr>
                <w:sz w:val="24"/>
              </w:rPr>
            </w:pPr>
            <w:r>
              <w:rPr>
                <w:sz w:val="24"/>
              </w:rPr>
              <w:t>Письменное деление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818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161" w:right="447" w:hanging="96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41C4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1135"/>
        </w:trPr>
        <w:tc>
          <w:tcPr>
            <w:tcW w:w="576" w:type="dxa"/>
          </w:tcPr>
          <w:p w:rsidR="005400CE" w:rsidRDefault="005400CE" w:rsidP="005400CE">
            <w:pPr>
              <w:pStyle w:val="TableParagraph"/>
              <w:spacing w:before="83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2.05</w:t>
            </w:r>
          </w:p>
        </w:tc>
        <w:tc>
          <w:tcPr>
            <w:tcW w:w="1827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5400CE" w:rsidRDefault="005400CE" w:rsidP="005400CE">
      <w:pPr>
        <w:spacing w:line="271" w:lineRule="auto"/>
        <w:rPr>
          <w:sz w:val="24"/>
        </w:rPr>
        <w:sectPr w:rsidR="005400CE">
          <w:pgSz w:w="11900" w:h="16850"/>
          <w:pgMar w:top="2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965"/>
        <w:gridCol w:w="734"/>
        <w:gridCol w:w="1620"/>
        <w:gridCol w:w="1668"/>
        <w:gridCol w:w="1165"/>
        <w:gridCol w:w="1826"/>
      </w:tblGrid>
      <w:tr w:rsidR="005400CE" w:rsidTr="005400CE">
        <w:trPr>
          <w:trHeight w:val="1153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121.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/>
              <w:ind w:left="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965" w:type="dxa"/>
          </w:tcPr>
          <w:p w:rsidR="005400CE" w:rsidRDefault="005400CE" w:rsidP="00631ADA">
            <w:pPr>
              <w:pStyle w:val="TableParagraph"/>
              <w:spacing w:before="90" w:line="264" w:lineRule="auto"/>
              <w:ind w:left="25" w:right="399" w:firstLine="39"/>
              <w:rPr>
                <w:sz w:val="24"/>
              </w:rPr>
            </w:pPr>
            <w:r>
              <w:rPr>
                <w:sz w:val="24"/>
              </w:rPr>
              <w:t>Деление на трехзначное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197826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817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965" w:type="dxa"/>
          </w:tcPr>
          <w:p w:rsidR="005400CE" w:rsidRDefault="005400CE" w:rsidP="00631ADA">
            <w:pPr>
              <w:pStyle w:val="TableParagraph"/>
              <w:spacing w:before="90"/>
              <w:ind w:left="0" w:right="1155"/>
              <w:jc w:val="righ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 w:rsidR="00631ADA">
              <w:rPr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5400CE" w:rsidTr="005400CE">
        <w:trPr>
          <w:trHeight w:val="820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965" w:type="dxa"/>
          </w:tcPr>
          <w:p w:rsidR="005400CE" w:rsidRDefault="005400CE" w:rsidP="00641C4F">
            <w:pPr>
              <w:pStyle w:val="TableParagraph"/>
              <w:spacing w:before="92"/>
              <w:ind w:left="0" w:right="1155"/>
              <w:jc w:val="righ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 w:rsidR="00641C4F">
              <w:rPr>
                <w:sz w:val="24"/>
              </w:rPr>
              <w:t xml:space="preserve">Чему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2" w:line="264" w:lineRule="auto"/>
              <w:ind w:left="75" w:right="39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160" w:right="232" w:hanging="9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631AD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число».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75" w:right="39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818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580" w:right="813" w:hanging="57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75" w:right="39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580" w:right="456" w:hanging="516"/>
              <w:rPr>
                <w:sz w:val="24"/>
              </w:rPr>
            </w:pPr>
            <w:r>
              <w:rPr>
                <w:sz w:val="24"/>
              </w:rPr>
              <w:t>Т -11 "Повторение" (10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160" w:right="79" w:hanging="96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2"/>
        </w:trPr>
        <w:tc>
          <w:tcPr>
            <w:tcW w:w="577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965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90" w:line="264" w:lineRule="auto"/>
              <w:ind w:right="6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</w:tc>
        <w:tc>
          <w:tcPr>
            <w:tcW w:w="734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  <w:tcBorders>
              <w:bottom w:val="single" w:sz="6" w:space="0" w:color="000000"/>
            </w:tcBorders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826" w:type="dxa"/>
            <w:tcBorders>
              <w:bottom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9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53"/>
        </w:trPr>
        <w:tc>
          <w:tcPr>
            <w:tcW w:w="577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1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965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91" w:line="261" w:lineRule="auto"/>
              <w:ind w:left="3" w:right="634"/>
              <w:rPr>
                <w:sz w:val="24"/>
              </w:rPr>
            </w:pPr>
            <w:r>
              <w:rPr>
                <w:sz w:val="24"/>
              </w:rPr>
              <w:t>Правила о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734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1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1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</w:tcBorders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826" w:type="dxa"/>
            <w:tcBorders>
              <w:top w:val="single" w:sz="6" w:space="0" w:color="000000"/>
            </w:tcBorders>
          </w:tcPr>
          <w:p w:rsidR="005400CE" w:rsidRDefault="005400CE" w:rsidP="005400CE">
            <w:pPr>
              <w:pStyle w:val="TableParagraph"/>
              <w:spacing w:before="91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317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580" w:right="640" w:hanging="577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5400CE" w:rsidRDefault="005400CE" w:rsidP="005400CE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5400CE" w:rsidRDefault="005400CE" w:rsidP="005400CE">
            <w:pPr>
              <w:pStyle w:val="TableParagraph"/>
              <w:spacing w:before="36" w:line="271" w:lineRule="exact"/>
              <w:ind w:left="580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0" w:line="264" w:lineRule="auto"/>
              <w:ind w:left="75" w:right="39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5400CE">
        <w:trPr>
          <w:trHeight w:val="1154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90"/>
              <w:ind w:left="0" w:right="6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5400CE" w:rsidRDefault="005400CE" w:rsidP="005400CE">
            <w:pPr>
              <w:pStyle w:val="TableParagraph"/>
              <w:spacing w:before="24"/>
              <w:ind w:left="0" w:right="679"/>
              <w:jc w:val="center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5400CE">
        <w:trPr>
          <w:trHeight w:val="1135"/>
        </w:trPr>
        <w:tc>
          <w:tcPr>
            <w:tcW w:w="577" w:type="dxa"/>
          </w:tcPr>
          <w:p w:rsidR="005400CE" w:rsidRDefault="005400CE" w:rsidP="005400CE">
            <w:pPr>
              <w:pStyle w:val="TableParagraph"/>
              <w:spacing w:before="83"/>
              <w:ind w:left="56" w:right="50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2965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734" w:type="dxa"/>
          </w:tcPr>
          <w:p w:rsidR="005400CE" w:rsidRDefault="005400CE" w:rsidP="005400CE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5400CE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540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540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826" w:type="dxa"/>
          </w:tcPr>
          <w:p w:rsidR="005400CE" w:rsidRDefault="005400CE" w:rsidP="005400CE">
            <w:pPr>
              <w:pStyle w:val="TableParagraph"/>
              <w:spacing w:before="90" w:line="271" w:lineRule="auto"/>
              <w:ind w:left="75" w:right="199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5400CE" w:rsidRPr="00396D55" w:rsidRDefault="005400CE" w:rsidP="005400CE">
      <w:pPr>
        <w:spacing w:line="271" w:lineRule="auto"/>
        <w:rPr>
          <w:sz w:val="24"/>
          <w:lang w:val="ru-RU"/>
        </w:rPr>
        <w:sectPr w:rsidR="005400CE" w:rsidRPr="00396D55">
          <w:pgSz w:w="11900" w:h="16850"/>
          <w:pgMar w:top="28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25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734"/>
        <w:gridCol w:w="1620"/>
        <w:gridCol w:w="1668"/>
        <w:gridCol w:w="1165"/>
        <w:gridCol w:w="1827"/>
      </w:tblGrid>
      <w:tr w:rsidR="005400CE" w:rsidTr="008810CE">
        <w:trPr>
          <w:trHeight w:val="815"/>
        </w:trPr>
        <w:tc>
          <w:tcPr>
            <w:tcW w:w="576" w:type="dxa"/>
          </w:tcPr>
          <w:p w:rsidR="005400CE" w:rsidRDefault="005400CE" w:rsidP="008810CE">
            <w:pPr>
              <w:pStyle w:val="TableParagraph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135.</w:t>
            </w:r>
          </w:p>
        </w:tc>
        <w:tc>
          <w:tcPr>
            <w:tcW w:w="2965" w:type="dxa"/>
          </w:tcPr>
          <w:p w:rsidR="005400CE" w:rsidRDefault="005400CE" w:rsidP="008810CE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734" w:type="dxa"/>
          </w:tcPr>
          <w:p w:rsidR="005400CE" w:rsidRDefault="005400CE" w:rsidP="008810C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881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8810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881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827" w:type="dxa"/>
          </w:tcPr>
          <w:p w:rsidR="005400CE" w:rsidRDefault="005400CE" w:rsidP="008810CE">
            <w:pPr>
              <w:pStyle w:val="TableParagraph"/>
              <w:spacing w:before="80" w:line="261" w:lineRule="auto"/>
              <w:ind w:left="77" w:right="39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400CE" w:rsidTr="008810CE">
        <w:trPr>
          <w:trHeight w:val="1154"/>
        </w:trPr>
        <w:tc>
          <w:tcPr>
            <w:tcW w:w="576" w:type="dxa"/>
          </w:tcPr>
          <w:p w:rsidR="005400CE" w:rsidRDefault="005400CE" w:rsidP="008810CE">
            <w:pPr>
              <w:pStyle w:val="TableParagraph"/>
              <w:spacing w:before="76"/>
              <w:ind w:left="56" w:right="49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2965" w:type="dxa"/>
          </w:tcPr>
          <w:p w:rsidR="005400CE" w:rsidRDefault="005400CE" w:rsidP="008810CE">
            <w:pPr>
              <w:pStyle w:val="TableParagraph"/>
              <w:spacing w:before="83"/>
              <w:ind w:left="6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400CE" w:rsidRDefault="005400CE" w:rsidP="008810CE">
            <w:pPr>
              <w:pStyle w:val="TableParagraph"/>
              <w:spacing w:before="24"/>
              <w:ind w:left="161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клада».</w:t>
            </w:r>
          </w:p>
        </w:tc>
        <w:tc>
          <w:tcPr>
            <w:tcW w:w="734" w:type="dxa"/>
          </w:tcPr>
          <w:p w:rsidR="005400CE" w:rsidRDefault="005400CE" w:rsidP="008810CE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0CE" w:rsidRDefault="005400CE" w:rsidP="008810CE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400CE" w:rsidRDefault="005400CE" w:rsidP="008810CE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5" w:type="dxa"/>
          </w:tcPr>
          <w:p w:rsidR="005400CE" w:rsidRDefault="00396D55" w:rsidP="008810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827" w:type="dxa"/>
          </w:tcPr>
          <w:p w:rsidR="005400CE" w:rsidRDefault="005400CE" w:rsidP="008810CE">
            <w:pPr>
              <w:pStyle w:val="TableParagraph"/>
              <w:spacing w:before="83" w:line="271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0CE" w:rsidTr="008810CE">
        <w:trPr>
          <w:trHeight w:val="798"/>
        </w:trPr>
        <w:tc>
          <w:tcPr>
            <w:tcW w:w="3541" w:type="dxa"/>
            <w:gridSpan w:val="2"/>
          </w:tcPr>
          <w:p w:rsidR="005400CE" w:rsidRDefault="005400CE" w:rsidP="008810CE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5400CE" w:rsidRDefault="005400CE" w:rsidP="008810CE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4" w:type="dxa"/>
          </w:tcPr>
          <w:p w:rsidR="005400CE" w:rsidRDefault="005400CE" w:rsidP="008810CE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620" w:type="dxa"/>
          </w:tcPr>
          <w:p w:rsidR="005400CE" w:rsidRDefault="005400CE" w:rsidP="008810CE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60" w:type="dxa"/>
            <w:gridSpan w:val="3"/>
          </w:tcPr>
          <w:p w:rsidR="005400CE" w:rsidRDefault="005400CE" w:rsidP="008810CE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66B1E" w:rsidRDefault="00766B1E" w:rsidP="008810CE">
      <w:pPr>
        <w:rPr>
          <w:lang w:val="ru-RU"/>
        </w:rPr>
      </w:pPr>
    </w:p>
    <w:p w:rsidR="00680D03" w:rsidRDefault="00680D03" w:rsidP="008810CE">
      <w:pPr>
        <w:rPr>
          <w:lang w:val="ru-RU"/>
        </w:rPr>
      </w:pPr>
    </w:p>
    <w:p w:rsidR="00680D03" w:rsidRDefault="00680D03" w:rsidP="008810CE">
      <w:pPr>
        <w:rPr>
          <w:lang w:val="ru-RU"/>
        </w:rPr>
      </w:pPr>
    </w:p>
    <w:p w:rsidR="00680D03" w:rsidRDefault="00680D03" w:rsidP="008810CE">
      <w:pPr>
        <w:rPr>
          <w:lang w:val="ru-RU"/>
        </w:rPr>
      </w:pPr>
    </w:p>
    <w:p w:rsidR="00680D03" w:rsidRDefault="00680D03" w:rsidP="008810CE">
      <w:pPr>
        <w:rPr>
          <w:lang w:val="ru-RU"/>
        </w:rPr>
      </w:pPr>
    </w:p>
    <w:p w:rsidR="00680D03" w:rsidRDefault="00680D03" w:rsidP="008810CE">
      <w:pPr>
        <w:rPr>
          <w:lang w:val="ru-RU"/>
        </w:rPr>
      </w:pPr>
    </w:p>
    <w:p w:rsidR="00680D03" w:rsidRDefault="00680D03" w:rsidP="008810CE">
      <w:pPr>
        <w:rPr>
          <w:lang w:val="ru-RU"/>
        </w:rPr>
      </w:pPr>
    </w:p>
    <w:p w:rsidR="00680D03" w:rsidRPr="00680D03" w:rsidRDefault="00680D03" w:rsidP="00680D03">
      <w:pPr>
        <w:widowControl w:val="0"/>
        <w:autoSpaceDE w:val="0"/>
        <w:autoSpaceDN w:val="0"/>
        <w:spacing w:before="66"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89143" id="Прямоугольник 5" o:spid="_x0000_s1026" style="position:absolute;margin-left:33.3pt;margin-top:22.9pt;width:528.1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W0nAIAAAoFAAAOAAAAZHJzL2Uyb0RvYy54bWysVM2O0zAQviPxDpbv3SRV0jbRpqv9oQhp&#10;gZUWHsCNncYisY3tNl0QEhJXJB6Bh+CC+NlnSN+IsdOWLlxWiBwc2zMefzPfNz4+WTc1WjFtuBQ5&#10;jo5CjJgoJOVikeOXL2aDCUbGEkFJLQXL8Q0z+GT68MFxqzI2lJWsKdMIggiTtSrHlbUqCwJTVKwh&#10;5kgqJsBYSt0QC0u9CKgmLURv6mAYhq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nqLW0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bookmarkStart w:id="1" w:name="УЧЕБНО-МЕТОДИЧЕСКОЕ_ОБЕСПЕЧЕНИЕ_ОБРАЗОВА"/>
      <w:bookmarkStart w:id="2" w:name="ОБЯЗАТЕЛЬНЫЕ_УЧЕБНЫЕ_МАТЕРИАЛЫ_ДЛЯ_УЧЕНИ"/>
      <w:bookmarkStart w:id="3" w:name="МЕТОДИЧЕСКИЕ_МАТЕРИАЛЫ_ДЛЯ_УЧИТЕЛЯ"/>
      <w:bookmarkStart w:id="4" w:name="ЦИФРОВЫЕ_ОБРАЗОВАТЕЛЬНЫЕ_РЕСУРСЫ_И_РЕСУР"/>
      <w:bookmarkEnd w:id="1"/>
      <w:bookmarkEnd w:id="2"/>
      <w:bookmarkEnd w:id="3"/>
      <w:bookmarkEnd w:id="4"/>
      <w:r w:rsidRPr="00680D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УЧЕБНО-МЕТОДИЧЕСКОЕ</w:t>
      </w:r>
      <w:r w:rsidRPr="00680D0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680D0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680D0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680D03" w:rsidRPr="00680D03" w:rsidRDefault="00680D03" w:rsidP="00680D03">
      <w:pPr>
        <w:widowControl w:val="0"/>
        <w:autoSpaceDE w:val="0"/>
        <w:autoSpaceDN w:val="0"/>
        <w:spacing w:before="179" w:after="0" w:line="240" w:lineRule="auto"/>
        <w:ind w:left="106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680D03">
        <w:rPr>
          <w:rFonts w:ascii="Times New Roman" w:eastAsia="Times New Roman" w:hAnsi="Times New Roman" w:cs="Times New Roman"/>
          <w:b/>
          <w:sz w:val="24"/>
          <w:lang w:val="ru-RU"/>
        </w:rPr>
        <w:t>ОБЯЗАТЕЛЬНЫЕ</w:t>
      </w:r>
      <w:r w:rsidRPr="00680D03">
        <w:rPr>
          <w:rFonts w:ascii="Times New Roman" w:eastAsia="Times New Roman" w:hAnsi="Times New Roman" w:cs="Times New Roman"/>
          <w:b/>
          <w:spacing w:val="-8"/>
          <w:sz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sz w:val="24"/>
          <w:lang w:val="ru-RU"/>
        </w:rPr>
        <w:t>УЧЕБНЫЕ</w:t>
      </w:r>
      <w:r w:rsidRPr="00680D03">
        <w:rPr>
          <w:rFonts w:ascii="Times New Roman" w:eastAsia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sz w:val="24"/>
          <w:lang w:val="ru-RU"/>
        </w:rPr>
        <w:t>МАТЕРИАЛЫ</w:t>
      </w:r>
      <w:r w:rsidRPr="00680D03">
        <w:rPr>
          <w:rFonts w:ascii="Times New Roman" w:eastAsia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sz w:val="24"/>
          <w:lang w:val="ru-RU"/>
        </w:rPr>
        <w:t>ДЛЯ</w:t>
      </w:r>
      <w:r w:rsidRPr="00680D03">
        <w:rPr>
          <w:rFonts w:ascii="Times New Roman" w:eastAsia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sz w:val="24"/>
          <w:lang w:val="ru-RU"/>
        </w:rPr>
        <w:t>УЧЕНИКА</w:t>
      </w:r>
    </w:p>
    <w:p w:rsidR="00680D03" w:rsidRPr="00680D03" w:rsidRDefault="00680D03" w:rsidP="00680D03">
      <w:pPr>
        <w:widowControl w:val="0"/>
        <w:autoSpaceDE w:val="0"/>
        <w:autoSpaceDN w:val="0"/>
        <w:spacing w:before="156" w:after="0" w:line="292" w:lineRule="auto"/>
        <w:ind w:left="106" w:right="3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Математика (в 2 частях), 4 класс /Моро М.И., Бантова М.А., Бельтюкова Г.В. и другие, Акционерное</w:t>
      </w:r>
      <w:r w:rsidRPr="00680D03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общество</w:t>
      </w:r>
      <w:r w:rsidRPr="00680D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«Издательство «Просвещение»;</w:t>
      </w:r>
    </w:p>
    <w:p w:rsidR="00680D03" w:rsidRPr="00680D03" w:rsidRDefault="00680D03" w:rsidP="00680D03">
      <w:pPr>
        <w:widowControl w:val="0"/>
        <w:autoSpaceDE w:val="0"/>
        <w:autoSpaceDN w:val="0"/>
        <w:spacing w:after="0" w:line="275" w:lineRule="exact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Введите</w:t>
      </w:r>
      <w:r w:rsidRPr="00680D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свой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вариант:</w:t>
      </w:r>
    </w:p>
    <w:p w:rsidR="00680D03" w:rsidRPr="00680D03" w:rsidRDefault="00680D03" w:rsidP="00680D0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  <w:lang w:val="ru-RU"/>
        </w:rPr>
      </w:pPr>
    </w:p>
    <w:p w:rsidR="00680D03" w:rsidRPr="00680D03" w:rsidRDefault="00680D03" w:rsidP="00680D03">
      <w:pPr>
        <w:widowControl w:val="0"/>
        <w:autoSpaceDE w:val="0"/>
        <w:autoSpaceDN w:val="0"/>
        <w:spacing w:before="1"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680D0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680D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680D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680D03" w:rsidRPr="00680D03" w:rsidRDefault="00680D03" w:rsidP="00680D03">
      <w:pPr>
        <w:widowControl w:val="0"/>
        <w:autoSpaceDE w:val="0"/>
        <w:autoSpaceDN w:val="0"/>
        <w:spacing w:before="156" w:after="0" w:line="292" w:lineRule="auto"/>
        <w:ind w:left="106" w:right="1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Моро М. И. и др. Математика. Рабочие программы. 1–4 классы. Моро М. И., Волкова С. И., Степанова</w:t>
      </w:r>
      <w:r w:rsidRPr="00680D03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r w:rsidRPr="00680D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В. Математика. Учебник. 4 кл.</w:t>
      </w:r>
      <w:r w:rsidRPr="00680D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680D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2 ч. Ч. 1</w:t>
      </w:r>
    </w:p>
    <w:p w:rsidR="00680D03" w:rsidRPr="00680D03" w:rsidRDefault="00680D03" w:rsidP="00680D03">
      <w:pPr>
        <w:widowControl w:val="0"/>
        <w:autoSpaceDE w:val="0"/>
        <w:autoSpaceDN w:val="0"/>
        <w:spacing w:after="0" w:line="292" w:lineRule="auto"/>
        <w:ind w:left="106" w:right="223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Моро М. И., Волкова С. И., Степанова С. В. Математика. Учебник. 4 кл. В 2 ч. Ч. 2</w:t>
      </w:r>
      <w:r w:rsidRPr="00680D03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Волкова</w:t>
      </w:r>
      <w:r w:rsidRPr="00680D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r w:rsidRPr="00680D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И. Математика.</w:t>
      </w:r>
      <w:r w:rsidRPr="00680D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Проверочные работы.</w:t>
      </w:r>
      <w:r w:rsidRPr="00680D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4 класс.</w:t>
      </w:r>
    </w:p>
    <w:p w:rsidR="00680D03" w:rsidRPr="00680D03" w:rsidRDefault="00680D03" w:rsidP="00680D03">
      <w:pPr>
        <w:widowControl w:val="0"/>
        <w:autoSpaceDE w:val="0"/>
        <w:autoSpaceDN w:val="0"/>
        <w:spacing w:after="0" w:line="292" w:lineRule="auto"/>
        <w:ind w:left="106" w:right="3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Бантова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А.,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Бельтюкова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680D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В.,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Волкова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680D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др.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Математика.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рекомендации.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680D03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класс.</w:t>
      </w:r>
    </w:p>
    <w:p w:rsidR="00680D03" w:rsidRPr="00680D03" w:rsidRDefault="00680D03" w:rsidP="00680D03">
      <w:pPr>
        <w:widowControl w:val="0"/>
        <w:autoSpaceDE w:val="0"/>
        <w:autoSpaceDN w:val="0"/>
        <w:spacing w:after="0" w:line="292" w:lineRule="auto"/>
        <w:ind w:left="106" w:right="40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Волкова С. И. Математика. Устные упражнения. 4 класс.</w:t>
      </w:r>
      <w:r w:rsidRPr="00680D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Волкова</w:t>
      </w:r>
      <w:r w:rsidRPr="00680D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  <w:r w:rsidRPr="00680D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Математика.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Контрольные</w:t>
      </w:r>
      <w:r w:rsidRPr="00680D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работы.</w:t>
      </w:r>
      <w:r w:rsidRPr="00680D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1–4</w:t>
      </w:r>
      <w:r w:rsidRPr="00680D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классы.</w:t>
      </w:r>
    </w:p>
    <w:p w:rsidR="00680D03" w:rsidRPr="00680D03" w:rsidRDefault="00680D03" w:rsidP="00680D03">
      <w:pPr>
        <w:widowControl w:val="0"/>
        <w:autoSpaceDE w:val="0"/>
        <w:autoSpaceDN w:val="0"/>
        <w:spacing w:before="187"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680D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680D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680D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680D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680D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680D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680D03" w:rsidRPr="00680D03" w:rsidRDefault="00680D03" w:rsidP="00680D03">
      <w:pPr>
        <w:widowControl w:val="0"/>
        <w:autoSpaceDE w:val="0"/>
        <w:autoSpaceDN w:val="0"/>
        <w:spacing w:before="156" w:after="0" w:line="292" w:lineRule="auto"/>
        <w:ind w:left="106" w:right="783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https://resh.edu.ru/</w:t>
      </w:r>
      <w:r w:rsidRPr="00680D03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https://uchi.ru</w:t>
      </w:r>
    </w:p>
    <w:p w:rsidR="00680D03" w:rsidRPr="00680D03" w:rsidRDefault="00680D03" w:rsidP="00680D03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lang w:val="ru-RU"/>
        </w:rPr>
        <w:sectPr w:rsidR="00680D03" w:rsidRPr="00680D03">
          <w:pgSz w:w="11900" w:h="16840"/>
          <w:pgMar w:top="520" w:right="460" w:bottom="280" w:left="560" w:header="720" w:footer="720" w:gutter="0"/>
          <w:cols w:space="720"/>
        </w:sectPr>
      </w:pPr>
    </w:p>
    <w:p w:rsidR="00680D03" w:rsidRPr="00680D03" w:rsidRDefault="00680D03" w:rsidP="00680D03">
      <w:pPr>
        <w:widowControl w:val="0"/>
        <w:autoSpaceDE w:val="0"/>
        <w:autoSpaceDN w:val="0"/>
        <w:spacing w:before="66"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0BC5C" id="Прямоугольник 4" o:spid="_x0000_s1026" style="position:absolute;margin-left:33.3pt;margin-top:22.9pt;width:528.1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A4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cBWA4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bookmarkStart w:id="5" w:name="МАТЕРИАЛЬНО-ТЕХНИЧЕСКОЕ_ОБЕСПЕЧЕНИЕ_ОБРА"/>
      <w:bookmarkStart w:id="6" w:name="УЧЕБНОЕ_ОБОРУДОВАНИЕ"/>
      <w:bookmarkStart w:id="7" w:name="ОБОРУДОВАНИЕ_ДЛЯ_ПРОВЕДЕНИЯ_ЛАБОРАТОРНЫХ"/>
      <w:bookmarkEnd w:id="5"/>
      <w:bookmarkEnd w:id="6"/>
      <w:bookmarkEnd w:id="7"/>
      <w:r w:rsidRPr="00680D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МАТЕРИАЛЬНО-ТЕХНИЧЕСКОЕ</w:t>
      </w:r>
      <w:r w:rsidRPr="00680D0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680D0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680D0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680D03" w:rsidRPr="00680D03" w:rsidRDefault="00680D03" w:rsidP="00680D03">
      <w:pPr>
        <w:widowControl w:val="0"/>
        <w:autoSpaceDE w:val="0"/>
        <w:autoSpaceDN w:val="0"/>
        <w:spacing w:before="179" w:after="0" w:line="240" w:lineRule="auto"/>
        <w:ind w:left="106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680D03">
        <w:rPr>
          <w:rFonts w:ascii="Times New Roman" w:eastAsia="Times New Roman" w:hAnsi="Times New Roman" w:cs="Times New Roman"/>
          <w:b/>
          <w:sz w:val="24"/>
          <w:lang w:val="ru-RU"/>
        </w:rPr>
        <w:t>УЧЕБНОЕ</w:t>
      </w:r>
      <w:r w:rsidRPr="00680D03">
        <w:rPr>
          <w:rFonts w:ascii="Times New Roman" w:eastAsia="Times New Roman" w:hAnsi="Times New Roman" w:cs="Times New Roman"/>
          <w:b/>
          <w:spacing w:val="-9"/>
          <w:sz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sz w:val="24"/>
          <w:lang w:val="ru-RU"/>
        </w:rPr>
        <w:t>ОБОРУДОВАНИЕ</w:t>
      </w:r>
    </w:p>
    <w:p w:rsidR="00680D03" w:rsidRPr="00680D03" w:rsidRDefault="00680D03" w:rsidP="00680D03">
      <w:pPr>
        <w:widowControl w:val="0"/>
        <w:autoSpaceDE w:val="0"/>
        <w:autoSpaceDN w:val="0"/>
        <w:spacing w:before="156" w:after="0" w:line="292" w:lineRule="auto"/>
        <w:ind w:left="106" w:right="783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Таблицы по математике</w:t>
      </w:r>
      <w:r w:rsidRPr="00680D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Проектор,</w:t>
      </w:r>
      <w:r w:rsidRPr="00680D0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экран,</w:t>
      </w:r>
      <w:r w:rsidRPr="00680D0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компьютер</w:t>
      </w:r>
    </w:p>
    <w:p w:rsidR="00680D03" w:rsidRDefault="00680D03" w:rsidP="00680D0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80D03" w:rsidRPr="00680D03" w:rsidRDefault="00680D03" w:rsidP="00680D0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  <w:lang w:val="ru-RU"/>
        </w:rPr>
      </w:pPr>
    </w:p>
    <w:p w:rsidR="00680D03" w:rsidRPr="00680D03" w:rsidRDefault="00680D03" w:rsidP="00680D03">
      <w:pPr>
        <w:widowControl w:val="0"/>
        <w:autoSpaceDE w:val="0"/>
        <w:autoSpaceDN w:val="0"/>
        <w:spacing w:before="1"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ОБОРУДОВАНИЕ</w:t>
      </w:r>
      <w:r w:rsidRPr="00680D0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680D0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ПРОВЕДЕНИЯ</w:t>
      </w:r>
      <w:r w:rsidRPr="00680D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ЛАБОРАТОРНЫХ</w:t>
      </w:r>
      <w:r w:rsidRPr="00680D0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680D0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ПРАКТИЧЕСКИХ</w:t>
      </w:r>
      <w:r w:rsidRPr="00680D0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РАБОТ</w:t>
      </w:r>
    </w:p>
    <w:p w:rsidR="00680D03" w:rsidRPr="00680D03" w:rsidRDefault="00680D03" w:rsidP="00680D03">
      <w:pPr>
        <w:widowControl w:val="0"/>
        <w:autoSpaceDE w:val="0"/>
        <w:autoSpaceDN w:val="0"/>
        <w:spacing w:before="156" w:after="0" w:line="292" w:lineRule="auto"/>
        <w:ind w:left="106" w:right="62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 инструментов: линейка, циркуль.</w:t>
      </w:r>
      <w:r w:rsidRPr="00680D03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Калькулятор</w:t>
      </w:r>
    </w:p>
    <w:p w:rsidR="00680D03" w:rsidRPr="00680D03" w:rsidRDefault="00680D03" w:rsidP="00680D03">
      <w:pPr>
        <w:widowControl w:val="0"/>
        <w:autoSpaceDE w:val="0"/>
        <w:autoSpaceDN w:val="0"/>
        <w:spacing w:after="0" w:line="275" w:lineRule="exact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Шар,</w:t>
      </w:r>
      <w:r w:rsidRPr="00680D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куб,</w:t>
      </w:r>
      <w:r w:rsidRPr="00680D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цилиндр,</w:t>
      </w:r>
      <w:r w:rsidRPr="00680D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конус,</w:t>
      </w:r>
      <w:r w:rsidRPr="00680D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80D03">
        <w:rPr>
          <w:rFonts w:ascii="Times New Roman" w:eastAsia="Times New Roman" w:hAnsi="Times New Roman" w:cs="Times New Roman"/>
          <w:sz w:val="24"/>
          <w:szCs w:val="24"/>
          <w:lang w:val="ru-RU"/>
        </w:rPr>
        <w:t>пирамида</w:t>
      </w:r>
    </w:p>
    <w:p w:rsidR="00680D03" w:rsidRPr="00766B1E" w:rsidRDefault="00680D03" w:rsidP="008810CE">
      <w:pPr>
        <w:rPr>
          <w:lang w:val="ru-RU"/>
        </w:rPr>
      </w:pPr>
    </w:p>
    <w:sectPr w:rsidR="00680D03" w:rsidRPr="00766B1E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D3F" w:rsidRDefault="00624D3F" w:rsidP="001B00D3">
      <w:pPr>
        <w:spacing w:after="0" w:line="240" w:lineRule="auto"/>
      </w:pPr>
      <w:r>
        <w:separator/>
      </w:r>
    </w:p>
  </w:endnote>
  <w:endnote w:type="continuationSeparator" w:id="0">
    <w:p w:rsidR="00624D3F" w:rsidRDefault="00624D3F" w:rsidP="001B0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D3F" w:rsidRDefault="00624D3F" w:rsidP="001B00D3">
      <w:pPr>
        <w:spacing w:after="0" w:line="240" w:lineRule="auto"/>
      </w:pPr>
      <w:r>
        <w:separator/>
      </w:r>
    </w:p>
  </w:footnote>
  <w:footnote w:type="continuationSeparator" w:id="0">
    <w:p w:rsidR="00624D3F" w:rsidRDefault="00624D3F" w:rsidP="001B0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8726F"/>
    <w:multiLevelType w:val="hybridMultilevel"/>
    <w:tmpl w:val="DC8A1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F63AA"/>
    <w:multiLevelType w:val="hybridMultilevel"/>
    <w:tmpl w:val="884C4B96"/>
    <w:lvl w:ilvl="0" w:tplc="23085ED6">
      <w:numFmt w:val="bullet"/>
      <w:lvlText w:val="-"/>
      <w:lvlJc w:val="left"/>
      <w:pPr>
        <w:ind w:left="119" w:hanging="197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A718C632">
      <w:numFmt w:val="bullet"/>
      <w:lvlText w:val="•"/>
      <w:lvlJc w:val="left"/>
      <w:pPr>
        <w:ind w:left="1176" w:hanging="197"/>
      </w:pPr>
      <w:rPr>
        <w:rFonts w:hint="default"/>
        <w:lang w:val="ru-RU" w:eastAsia="en-US" w:bidi="ar-SA"/>
      </w:rPr>
    </w:lvl>
    <w:lvl w:ilvl="2" w:tplc="F2E4B206">
      <w:numFmt w:val="bullet"/>
      <w:lvlText w:val="•"/>
      <w:lvlJc w:val="left"/>
      <w:pPr>
        <w:ind w:left="2233" w:hanging="197"/>
      </w:pPr>
      <w:rPr>
        <w:rFonts w:hint="default"/>
        <w:lang w:val="ru-RU" w:eastAsia="en-US" w:bidi="ar-SA"/>
      </w:rPr>
    </w:lvl>
    <w:lvl w:ilvl="3" w:tplc="14B0EC7A">
      <w:numFmt w:val="bullet"/>
      <w:lvlText w:val="•"/>
      <w:lvlJc w:val="left"/>
      <w:pPr>
        <w:ind w:left="3289" w:hanging="197"/>
      </w:pPr>
      <w:rPr>
        <w:rFonts w:hint="default"/>
        <w:lang w:val="ru-RU" w:eastAsia="en-US" w:bidi="ar-SA"/>
      </w:rPr>
    </w:lvl>
    <w:lvl w:ilvl="4" w:tplc="B5DA1DFA">
      <w:numFmt w:val="bullet"/>
      <w:lvlText w:val="•"/>
      <w:lvlJc w:val="left"/>
      <w:pPr>
        <w:ind w:left="4346" w:hanging="197"/>
      </w:pPr>
      <w:rPr>
        <w:rFonts w:hint="default"/>
        <w:lang w:val="ru-RU" w:eastAsia="en-US" w:bidi="ar-SA"/>
      </w:rPr>
    </w:lvl>
    <w:lvl w:ilvl="5" w:tplc="88D610F2">
      <w:numFmt w:val="bullet"/>
      <w:lvlText w:val="•"/>
      <w:lvlJc w:val="left"/>
      <w:pPr>
        <w:ind w:left="5403" w:hanging="197"/>
      </w:pPr>
      <w:rPr>
        <w:rFonts w:hint="default"/>
        <w:lang w:val="ru-RU" w:eastAsia="en-US" w:bidi="ar-SA"/>
      </w:rPr>
    </w:lvl>
    <w:lvl w:ilvl="6" w:tplc="888CFD7A">
      <w:numFmt w:val="bullet"/>
      <w:lvlText w:val="•"/>
      <w:lvlJc w:val="left"/>
      <w:pPr>
        <w:ind w:left="6459" w:hanging="197"/>
      </w:pPr>
      <w:rPr>
        <w:rFonts w:hint="default"/>
        <w:lang w:val="ru-RU" w:eastAsia="en-US" w:bidi="ar-SA"/>
      </w:rPr>
    </w:lvl>
    <w:lvl w:ilvl="7" w:tplc="E2F0B4E0">
      <w:numFmt w:val="bullet"/>
      <w:lvlText w:val="•"/>
      <w:lvlJc w:val="left"/>
      <w:pPr>
        <w:ind w:left="7516" w:hanging="197"/>
      </w:pPr>
      <w:rPr>
        <w:rFonts w:hint="default"/>
        <w:lang w:val="ru-RU" w:eastAsia="en-US" w:bidi="ar-SA"/>
      </w:rPr>
    </w:lvl>
    <w:lvl w:ilvl="8" w:tplc="7B0047E6">
      <w:numFmt w:val="bullet"/>
      <w:lvlText w:val="•"/>
      <w:lvlJc w:val="left"/>
      <w:pPr>
        <w:ind w:left="8573" w:hanging="197"/>
      </w:pPr>
      <w:rPr>
        <w:rFonts w:hint="default"/>
        <w:lang w:val="ru-RU" w:eastAsia="en-US" w:bidi="ar-SA"/>
      </w:rPr>
    </w:lvl>
  </w:abstractNum>
  <w:abstractNum w:abstractNumId="11" w15:restartNumberingAfterBreak="0">
    <w:nsid w:val="276C1613"/>
    <w:multiLevelType w:val="hybridMultilevel"/>
    <w:tmpl w:val="01545570"/>
    <w:lvl w:ilvl="0" w:tplc="41E2E4DC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4EE774">
      <w:numFmt w:val="bullet"/>
      <w:lvlText w:val="•"/>
      <w:lvlJc w:val="left"/>
      <w:pPr>
        <w:ind w:left="1809" w:hanging="361"/>
      </w:pPr>
      <w:rPr>
        <w:rFonts w:hint="default"/>
        <w:lang w:val="ru-RU" w:eastAsia="en-US" w:bidi="ar-SA"/>
      </w:rPr>
    </w:lvl>
    <w:lvl w:ilvl="2" w:tplc="E0A4B860">
      <w:numFmt w:val="bullet"/>
      <w:lvlText w:val="•"/>
      <w:lvlJc w:val="left"/>
      <w:pPr>
        <w:ind w:left="2799" w:hanging="361"/>
      </w:pPr>
      <w:rPr>
        <w:rFonts w:hint="default"/>
        <w:lang w:val="ru-RU" w:eastAsia="en-US" w:bidi="ar-SA"/>
      </w:rPr>
    </w:lvl>
    <w:lvl w:ilvl="3" w:tplc="BDFACEDC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4" w:tplc="4F641624">
      <w:numFmt w:val="bullet"/>
      <w:lvlText w:val="•"/>
      <w:lvlJc w:val="left"/>
      <w:pPr>
        <w:ind w:left="4779" w:hanging="361"/>
      </w:pPr>
      <w:rPr>
        <w:rFonts w:hint="default"/>
        <w:lang w:val="ru-RU" w:eastAsia="en-US" w:bidi="ar-SA"/>
      </w:rPr>
    </w:lvl>
    <w:lvl w:ilvl="5" w:tplc="A01A752E">
      <w:numFmt w:val="bullet"/>
      <w:lvlText w:val="•"/>
      <w:lvlJc w:val="left"/>
      <w:pPr>
        <w:ind w:left="5769" w:hanging="361"/>
      </w:pPr>
      <w:rPr>
        <w:rFonts w:hint="default"/>
        <w:lang w:val="ru-RU" w:eastAsia="en-US" w:bidi="ar-SA"/>
      </w:rPr>
    </w:lvl>
    <w:lvl w:ilvl="6" w:tplc="EF008B70">
      <w:numFmt w:val="bullet"/>
      <w:lvlText w:val="•"/>
      <w:lvlJc w:val="left"/>
      <w:pPr>
        <w:ind w:left="6759" w:hanging="361"/>
      </w:pPr>
      <w:rPr>
        <w:rFonts w:hint="default"/>
        <w:lang w:val="ru-RU" w:eastAsia="en-US" w:bidi="ar-SA"/>
      </w:rPr>
    </w:lvl>
    <w:lvl w:ilvl="7" w:tplc="CD026936">
      <w:numFmt w:val="bullet"/>
      <w:lvlText w:val="•"/>
      <w:lvlJc w:val="left"/>
      <w:pPr>
        <w:ind w:left="7749" w:hanging="361"/>
      </w:pPr>
      <w:rPr>
        <w:rFonts w:hint="default"/>
        <w:lang w:val="ru-RU" w:eastAsia="en-US" w:bidi="ar-SA"/>
      </w:rPr>
    </w:lvl>
    <w:lvl w:ilvl="8" w:tplc="C40216A0">
      <w:numFmt w:val="bullet"/>
      <w:lvlText w:val="•"/>
      <w:lvlJc w:val="left"/>
      <w:pPr>
        <w:ind w:left="8739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2F1A35EF"/>
    <w:multiLevelType w:val="hybridMultilevel"/>
    <w:tmpl w:val="C2DC1AFE"/>
    <w:lvl w:ilvl="0" w:tplc="CA72ED82">
      <w:numFmt w:val="bullet"/>
      <w:lvlText w:val="-"/>
      <w:lvlJc w:val="left"/>
      <w:pPr>
        <w:ind w:left="119" w:hanging="195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39444AF4">
      <w:numFmt w:val="bullet"/>
      <w:lvlText w:val="•"/>
      <w:lvlJc w:val="left"/>
      <w:pPr>
        <w:ind w:left="1176" w:hanging="195"/>
      </w:pPr>
      <w:rPr>
        <w:rFonts w:hint="default"/>
        <w:lang w:val="ru-RU" w:eastAsia="en-US" w:bidi="ar-SA"/>
      </w:rPr>
    </w:lvl>
    <w:lvl w:ilvl="2" w:tplc="DC0EC752">
      <w:numFmt w:val="bullet"/>
      <w:lvlText w:val="•"/>
      <w:lvlJc w:val="left"/>
      <w:pPr>
        <w:ind w:left="2233" w:hanging="195"/>
      </w:pPr>
      <w:rPr>
        <w:rFonts w:hint="default"/>
        <w:lang w:val="ru-RU" w:eastAsia="en-US" w:bidi="ar-SA"/>
      </w:rPr>
    </w:lvl>
    <w:lvl w:ilvl="3" w:tplc="3DD43EEE">
      <w:numFmt w:val="bullet"/>
      <w:lvlText w:val="•"/>
      <w:lvlJc w:val="left"/>
      <w:pPr>
        <w:ind w:left="3289" w:hanging="195"/>
      </w:pPr>
      <w:rPr>
        <w:rFonts w:hint="default"/>
        <w:lang w:val="ru-RU" w:eastAsia="en-US" w:bidi="ar-SA"/>
      </w:rPr>
    </w:lvl>
    <w:lvl w:ilvl="4" w:tplc="C00C3DE2">
      <w:numFmt w:val="bullet"/>
      <w:lvlText w:val="•"/>
      <w:lvlJc w:val="left"/>
      <w:pPr>
        <w:ind w:left="4346" w:hanging="195"/>
      </w:pPr>
      <w:rPr>
        <w:rFonts w:hint="default"/>
        <w:lang w:val="ru-RU" w:eastAsia="en-US" w:bidi="ar-SA"/>
      </w:rPr>
    </w:lvl>
    <w:lvl w:ilvl="5" w:tplc="8CAE6C58">
      <w:numFmt w:val="bullet"/>
      <w:lvlText w:val="•"/>
      <w:lvlJc w:val="left"/>
      <w:pPr>
        <w:ind w:left="5403" w:hanging="195"/>
      </w:pPr>
      <w:rPr>
        <w:rFonts w:hint="default"/>
        <w:lang w:val="ru-RU" w:eastAsia="en-US" w:bidi="ar-SA"/>
      </w:rPr>
    </w:lvl>
    <w:lvl w:ilvl="6" w:tplc="EC10BD78">
      <w:numFmt w:val="bullet"/>
      <w:lvlText w:val="•"/>
      <w:lvlJc w:val="left"/>
      <w:pPr>
        <w:ind w:left="6459" w:hanging="195"/>
      </w:pPr>
      <w:rPr>
        <w:rFonts w:hint="default"/>
        <w:lang w:val="ru-RU" w:eastAsia="en-US" w:bidi="ar-SA"/>
      </w:rPr>
    </w:lvl>
    <w:lvl w:ilvl="7" w:tplc="5B52AC22">
      <w:numFmt w:val="bullet"/>
      <w:lvlText w:val="•"/>
      <w:lvlJc w:val="left"/>
      <w:pPr>
        <w:ind w:left="7516" w:hanging="195"/>
      </w:pPr>
      <w:rPr>
        <w:rFonts w:hint="default"/>
        <w:lang w:val="ru-RU" w:eastAsia="en-US" w:bidi="ar-SA"/>
      </w:rPr>
    </w:lvl>
    <w:lvl w:ilvl="8" w:tplc="2410EEEE">
      <w:numFmt w:val="bullet"/>
      <w:lvlText w:val="•"/>
      <w:lvlJc w:val="left"/>
      <w:pPr>
        <w:ind w:left="8573" w:hanging="195"/>
      </w:pPr>
      <w:rPr>
        <w:rFonts w:hint="default"/>
        <w:lang w:val="ru-RU" w:eastAsia="en-US" w:bidi="ar-SA"/>
      </w:rPr>
    </w:lvl>
  </w:abstractNum>
  <w:abstractNum w:abstractNumId="13" w15:restartNumberingAfterBreak="0">
    <w:nsid w:val="34881395"/>
    <w:multiLevelType w:val="hybridMultilevel"/>
    <w:tmpl w:val="EEBC6B88"/>
    <w:lvl w:ilvl="0" w:tplc="C2F854C8">
      <w:start w:val="1"/>
      <w:numFmt w:val="decimal"/>
      <w:lvlText w:val="%1)"/>
      <w:lvlJc w:val="left"/>
      <w:pPr>
        <w:ind w:left="604" w:hanging="31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27806B6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12A79C4">
      <w:numFmt w:val="bullet"/>
      <w:lvlText w:val="•"/>
      <w:lvlJc w:val="left"/>
      <w:pPr>
        <w:ind w:left="1724" w:hanging="361"/>
      </w:pPr>
      <w:rPr>
        <w:rFonts w:hint="default"/>
        <w:lang w:val="ru-RU" w:eastAsia="en-US" w:bidi="ar-SA"/>
      </w:rPr>
    </w:lvl>
    <w:lvl w:ilvl="3" w:tplc="AEFC688C">
      <w:numFmt w:val="bullet"/>
      <w:lvlText w:val="•"/>
      <w:lvlJc w:val="left"/>
      <w:pPr>
        <w:ind w:left="2848" w:hanging="361"/>
      </w:pPr>
      <w:rPr>
        <w:rFonts w:hint="default"/>
        <w:lang w:val="ru-RU" w:eastAsia="en-US" w:bidi="ar-SA"/>
      </w:rPr>
    </w:lvl>
    <w:lvl w:ilvl="4" w:tplc="4858F01E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5D5891FC">
      <w:numFmt w:val="bullet"/>
      <w:lvlText w:val="•"/>
      <w:lvlJc w:val="left"/>
      <w:pPr>
        <w:ind w:left="5097" w:hanging="361"/>
      </w:pPr>
      <w:rPr>
        <w:rFonts w:hint="default"/>
        <w:lang w:val="ru-RU" w:eastAsia="en-US" w:bidi="ar-SA"/>
      </w:rPr>
    </w:lvl>
    <w:lvl w:ilvl="6" w:tplc="EC286198">
      <w:numFmt w:val="bullet"/>
      <w:lvlText w:val="•"/>
      <w:lvlJc w:val="left"/>
      <w:pPr>
        <w:ind w:left="6221" w:hanging="361"/>
      </w:pPr>
      <w:rPr>
        <w:rFonts w:hint="default"/>
        <w:lang w:val="ru-RU" w:eastAsia="en-US" w:bidi="ar-SA"/>
      </w:rPr>
    </w:lvl>
    <w:lvl w:ilvl="7" w:tplc="751C3F86">
      <w:numFmt w:val="bullet"/>
      <w:lvlText w:val="•"/>
      <w:lvlJc w:val="left"/>
      <w:pPr>
        <w:ind w:left="7346" w:hanging="361"/>
      </w:pPr>
      <w:rPr>
        <w:rFonts w:hint="default"/>
        <w:lang w:val="ru-RU" w:eastAsia="en-US" w:bidi="ar-SA"/>
      </w:rPr>
    </w:lvl>
    <w:lvl w:ilvl="8" w:tplc="7EEEED72">
      <w:numFmt w:val="bullet"/>
      <w:lvlText w:val="•"/>
      <w:lvlJc w:val="left"/>
      <w:pPr>
        <w:ind w:left="8470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35790F7F"/>
    <w:multiLevelType w:val="multilevel"/>
    <w:tmpl w:val="689C7FA4"/>
    <w:lvl w:ilvl="0">
      <w:start w:val="1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552C4EE8"/>
    <w:multiLevelType w:val="hybridMultilevel"/>
    <w:tmpl w:val="DDB2A2A6"/>
    <w:lvl w:ilvl="0" w:tplc="3DC416B0">
      <w:start w:val="1"/>
      <w:numFmt w:val="decimal"/>
      <w:lvlText w:val="%1."/>
      <w:lvlJc w:val="left"/>
      <w:pPr>
        <w:ind w:left="10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0AB398">
      <w:start w:val="1"/>
      <w:numFmt w:val="decimal"/>
      <w:lvlText w:val="%2.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4D84898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3" w:tplc="81482820">
      <w:numFmt w:val="bullet"/>
      <w:lvlText w:val="•"/>
      <w:lvlJc w:val="left"/>
      <w:pPr>
        <w:ind w:left="4608" w:hanging="361"/>
      </w:pPr>
      <w:rPr>
        <w:rFonts w:hint="default"/>
        <w:lang w:val="ru-RU" w:eastAsia="en-US" w:bidi="ar-SA"/>
      </w:rPr>
    </w:lvl>
    <w:lvl w:ilvl="4" w:tplc="AF249C1C">
      <w:numFmt w:val="bullet"/>
      <w:lvlText w:val="•"/>
      <w:lvlJc w:val="left"/>
      <w:pPr>
        <w:ind w:left="5476" w:hanging="361"/>
      </w:pPr>
      <w:rPr>
        <w:rFonts w:hint="default"/>
        <w:lang w:val="ru-RU" w:eastAsia="en-US" w:bidi="ar-SA"/>
      </w:rPr>
    </w:lvl>
    <w:lvl w:ilvl="5" w:tplc="7BB44C46">
      <w:numFmt w:val="bullet"/>
      <w:lvlText w:val="•"/>
      <w:lvlJc w:val="left"/>
      <w:pPr>
        <w:ind w:left="6344" w:hanging="361"/>
      </w:pPr>
      <w:rPr>
        <w:rFonts w:hint="default"/>
        <w:lang w:val="ru-RU" w:eastAsia="en-US" w:bidi="ar-SA"/>
      </w:rPr>
    </w:lvl>
    <w:lvl w:ilvl="6" w:tplc="71621C24">
      <w:numFmt w:val="bullet"/>
      <w:lvlText w:val="•"/>
      <w:lvlJc w:val="left"/>
      <w:pPr>
        <w:ind w:left="7213" w:hanging="361"/>
      </w:pPr>
      <w:rPr>
        <w:rFonts w:hint="default"/>
        <w:lang w:val="ru-RU" w:eastAsia="en-US" w:bidi="ar-SA"/>
      </w:rPr>
    </w:lvl>
    <w:lvl w:ilvl="7" w:tplc="E9283CEE">
      <w:numFmt w:val="bullet"/>
      <w:lvlText w:val="•"/>
      <w:lvlJc w:val="left"/>
      <w:pPr>
        <w:ind w:left="8081" w:hanging="361"/>
      </w:pPr>
      <w:rPr>
        <w:rFonts w:hint="default"/>
        <w:lang w:val="ru-RU" w:eastAsia="en-US" w:bidi="ar-SA"/>
      </w:rPr>
    </w:lvl>
    <w:lvl w:ilvl="8" w:tplc="C1B02EB6">
      <w:numFmt w:val="bullet"/>
      <w:lvlText w:val="•"/>
      <w:lvlJc w:val="left"/>
      <w:pPr>
        <w:ind w:left="8949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621211E6"/>
    <w:multiLevelType w:val="hybridMultilevel"/>
    <w:tmpl w:val="9D520032"/>
    <w:lvl w:ilvl="0" w:tplc="FC9A6A92">
      <w:numFmt w:val="bullet"/>
      <w:lvlText w:val="—"/>
      <w:lvlJc w:val="left"/>
      <w:pPr>
        <w:ind w:left="100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3CE4A4">
      <w:numFmt w:val="bullet"/>
      <w:lvlText w:val="-"/>
      <w:lvlJc w:val="left"/>
      <w:pPr>
        <w:ind w:left="119" w:hanging="195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263C14E0">
      <w:numFmt w:val="bullet"/>
      <w:lvlText w:val="•"/>
      <w:lvlJc w:val="left"/>
      <w:pPr>
        <w:ind w:left="1294" w:hanging="195"/>
      </w:pPr>
      <w:rPr>
        <w:rFonts w:hint="default"/>
        <w:lang w:val="ru-RU" w:eastAsia="en-US" w:bidi="ar-SA"/>
      </w:rPr>
    </w:lvl>
    <w:lvl w:ilvl="3" w:tplc="32EAAD2C">
      <w:numFmt w:val="bullet"/>
      <w:lvlText w:val="•"/>
      <w:lvlJc w:val="left"/>
      <w:pPr>
        <w:ind w:left="2468" w:hanging="195"/>
      </w:pPr>
      <w:rPr>
        <w:rFonts w:hint="default"/>
        <w:lang w:val="ru-RU" w:eastAsia="en-US" w:bidi="ar-SA"/>
      </w:rPr>
    </w:lvl>
    <w:lvl w:ilvl="4" w:tplc="1EF04A1E">
      <w:numFmt w:val="bullet"/>
      <w:lvlText w:val="•"/>
      <w:lvlJc w:val="left"/>
      <w:pPr>
        <w:ind w:left="3642" w:hanging="195"/>
      </w:pPr>
      <w:rPr>
        <w:rFonts w:hint="default"/>
        <w:lang w:val="ru-RU" w:eastAsia="en-US" w:bidi="ar-SA"/>
      </w:rPr>
    </w:lvl>
    <w:lvl w:ilvl="5" w:tplc="D152CDFC">
      <w:numFmt w:val="bullet"/>
      <w:lvlText w:val="•"/>
      <w:lvlJc w:val="left"/>
      <w:pPr>
        <w:ind w:left="4816" w:hanging="195"/>
      </w:pPr>
      <w:rPr>
        <w:rFonts w:hint="default"/>
        <w:lang w:val="ru-RU" w:eastAsia="en-US" w:bidi="ar-SA"/>
      </w:rPr>
    </w:lvl>
    <w:lvl w:ilvl="6" w:tplc="E59C1CB0">
      <w:numFmt w:val="bullet"/>
      <w:lvlText w:val="•"/>
      <w:lvlJc w:val="left"/>
      <w:pPr>
        <w:ind w:left="5990" w:hanging="195"/>
      </w:pPr>
      <w:rPr>
        <w:rFonts w:hint="default"/>
        <w:lang w:val="ru-RU" w:eastAsia="en-US" w:bidi="ar-SA"/>
      </w:rPr>
    </w:lvl>
    <w:lvl w:ilvl="7" w:tplc="1318D814">
      <w:numFmt w:val="bullet"/>
      <w:lvlText w:val="•"/>
      <w:lvlJc w:val="left"/>
      <w:pPr>
        <w:ind w:left="7164" w:hanging="195"/>
      </w:pPr>
      <w:rPr>
        <w:rFonts w:hint="default"/>
        <w:lang w:val="ru-RU" w:eastAsia="en-US" w:bidi="ar-SA"/>
      </w:rPr>
    </w:lvl>
    <w:lvl w:ilvl="8" w:tplc="2B3C193E">
      <w:numFmt w:val="bullet"/>
      <w:lvlText w:val="•"/>
      <w:lvlJc w:val="left"/>
      <w:pPr>
        <w:ind w:left="8338" w:hanging="195"/>
      </w:pPr>
      <w:rPr>
        <w:rFonts w:hint="default"/>
        <w:lang w:val="ru-RU" w:eastAsia="en-US" w:bidi="ar-SA"/>
      </w:rPr>
    </w:lvl>
  </w:abstractNum>
  <w:abstractNum w:abstractNumId="17" w15:restartNumberingAfterBreak="0">
    <w:nsid w:val="63690287"/>
    <w:multiLevelType w:val="hybridMultilevel"/>
    <w:tmpl w:val="692AD176"/>
    <w:lvl w:ilvl="0" w:tplc="44BC2DC8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454DE">
      <w:numFmt w:val="bullet"/>
      <w:lvlText w:val="•"/>
      <w:lvlJc w:val="left"/>
      <w:pPr>
        <w:ind w:left="1539" w:hanging="361"/>
      </w:pPr>
      <w:rPr>
        <w:rFonts w:hint="default"/>
        <w:lang w:val="ru-RU" w:eastAsia="en-US" w:bidi="ar-SA"/>
      </w:rPr>
    </w:lvl>
    <w:lvl w:ilvl="2" w:tplc="257A3D0C">
      <w:numFmt w:val="bullet"/>
      <w:lvlText w:val="•"/>
      <w:lvlJc w:val="left"/>
      <w:pPr>
        <w:ind w:left="2559" w:hanging="361"/>
      </w:pPr>
      <w:rPr>
        <w:rFonts w:hint="default"/>
        <w:lang w:val="ru-RU" w:eastAsia="en-US" w:bidi="ar-SA"/>
      </w:rPr>
    </w:lvl>
    <w:lvl w:ilvl="3" w:tplc="46EAD250">
      <w:numFmt w:val="bullet"/>
      <w:lvlText w:val="•"/>
      <w:lvlJc w:val="left"/>
      <w:pPr>
        <w:ind w:left="3579" w:hanging="361"/>
      </w:pPr>
      <w:rPr>
        <w:rFonts w:hint="default"/>
        <w:lang w:val="ru-RU" w:eastAsia="en-US" w:bidi="ar-SA"/>
      </w:rPr>
    </w:lvl>
    <w:lvl w:ilvl="4" w:tplc="07E40686">
      <w:numFmt w:val="bullet"/>
      <w:lvlText w:val="•"/>
      <w:lvlJc w:val="left"/>
      <w:pPr>
        <w:ind w:left="4599" w:hanging="361"/>
      </w:pPr>
      <w:rPr>
        <w:rFonts w:hint="default"/>
        <w:lang w:val="ru-RU" w:eastAsia="en-US" w:bidi="ar-SA"/>
      </w:rPr>
    </w:lvl>
    <w:lvl w:ilvl="5" w:tplc="8D2A1994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6" w:tplc="BA000F92">
      <w:numFmt w:val="bullet"/>
      <w:lvlText w:val="•"/>
      <w:lvlJc w:val="left"/>
      <w:pPr>
        <w:ind w:left="6639" w:hanging="361"/>
      </w:pPr>
      <w:rPr>
        <w:rFonts w:hint="default"/>
        <w:lang w:val="ru-RU" w:eastAsia="en-US" w:bidi="ar-SA"/>
      </w:rPr>
    </w:lvl>
    <w:lvl w:ilvl="7" w:tplc="9DDEBE5A">
      <w:numFmt w:val="bullet"/>
      <w:lvlText w:val="•"/>
      <w:lvlJc w:val="left"/>
      <w:pPr>
        <w:ind w:left="7659" w:hanging="361"/>
      </w:pPr>
      <w:rPr>
        <w:rFonts w:hint="default"/>
        <w:lang w:val="ru-RU" w:eastAsia="en-US" w:bidi="ar-SA"/>
      </w:rPr>
    </w:lvl>
    <w:lvl w:ilvl="8" w:tplc="F4BC6BF0">
      <w:numFmt w:val="bullet"/>
      <w:lvlText w:val="•"/>
      <w:lvlJc w:val="left"/>
      <w:pPr>
        <w:ind w:left="8679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663A07ED"/>
    <w:multiLevelType w:val="hybridMultilevel"/>
    <w:tmpl w:val="9A264E8A"/>
    <w:lvl w:ilvl="0" w:tplc="862E03E8">
      <w:start w:val="1"/>
      <w:numFmt w:val="decimal"/>
      <w:lvlText w:val="%1)"/>
      <w:lvlJc w:val="left"/>
      <w:pPr>
        <w:ind w:left="604" w:hanging="31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B8819BA">
      <w:numFmt w:val="bullet"/>
      <w:lvlText w:val="—"/>
      <w:lvlJc w:val="left"/>
      <w:pPr>
        <w:ind w:left="527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59C10C4">
      <w:numFmt w:val="bullet"/>
      <w:lvlText w:val="•"/>
      <w:lvlJc w:val="left"/>
      <w:pPr>
        <w:ind w:left="1724" w:hanging="363"/>
      </w:pPr>
      <w:rPr>
        <w:rFonts w:hint="default"/>
        <w:lang w:val="ru-RU" w:eastAsia="en-US" w:bidi="ar-SA"/>
      </w:rPr>
    </w:lvl>
    <w:lvl w:ilvl="3" w:tplc="AD344BE2">
      <w:numFmt w:val="bullet"/>
      <w:lvlText w:val="•"/>
      <w:lvlJc w:val="left"/>
      <w:pPr>
        <w:ind w:left="2848" w:hanging="363"/>
      </w:pPr>
      <w:rPr>
        <w:rFonts w:hint="default"/>
        <w:lang w:val="ru-RU" w:eastAsia="en-US" w:bidi="ar-SA"/>
      </w:rPr>
    </w:lvl>
    <w:lvl w:ilvl="4" w:tplc="76F287E4">
      <w:numFmt w:val="bullet"/>
      <w:lvlText w:val="•"/>
      <w:lvlJc w:val="left"/>
      <w:pPr>
        <w:ind w:left="3973" w:hanging="363"/>
      </w:pPr>
      <w:rPr>
        <w:rFonts w:hint="default"/>
        <w:lang w:val="ru-RU" w:eastAsia="en-US" w:bidi="ar-SA"/>
      </w:rPr>
    </w:lvl>
    <w:lvl w:ilvl="5" w:tplc="9A842CB4">
      <w:numFmt w:val="bullet"/>
      <w:lvlText w:val="•"/>
      <w:lvlJc w:val="left"/>
      <w:pPr>
        <w:ind w:left="5097" w:hanging="363"/>
      </w:pPr>
      <w:rPr>
        <w:rFonts w:hint="default"/>
        <w:lang w:val="ru-RU" w:eastAsia="en-US" w:bidi="ar-SA"/>
      </w:rPr>
    </w:lvl>
    <w:lvl w:ilvl="6" w:tplc="494A183E">
      <w:numFmt w:val="bullet"/>
      <w:lvlText w:val="•"/>
      <w:lvlJc w:val="left"/>
      <w:pPr>
        <w:ind w:left="6221" w:hanging="363"/>
      </w:pPr>
      <w:rPr>
        <w:rFonts w:hint="default"/>
        <w:lang w:val="ru-RU" w:eastAsia="en-US" w:bidi="ar-SA"/>
      </w:rPr>
    </w:lvl>
    <w:lvl w:ilvl="7" w:tplc="8BF26B22">
      <w:numFmt w:val="bullet"/>
      <w:lvlText w:val="•"/>
      <w:lvlJc w:val="left"/>
      <w:pPr>
        <w:ind w:left="7346" w:hanging="363"/>
      </w:pPr>
      <w:rPr>
        <w:rFonts w:hint="default"/>
        <w:lang w:val="ru-RU" w:eastAsia="en-US" w:bidi="ar-SA"/>
      </w:rPr>
    </w:lvl>
    <w:lvl w:ilvl="8" w:tplc="7E70EF2A">
      <w:numFmt w:val="bullet"/>
      <w:lvlText w:val="•"/>
      <w:lvlJc w:val="left"/>
      <w:pPr>
        <w:ind w:left="8470" w:hanging="363"/>
      </w:pPr>
      <w:rPr>
        <w:rFonts w:hint="default"/>
        <w:lang w:val="ru-RU" w:eastAsia="en-US" w:bidi="ar-SA"/>
      </w:rPr>
    </w:lvl>
  </w:abstractNum>
  <w:abstractNum w:abstractNumId="19" w15:restartNumberingAfterBreak="0">
    <w:nsid w:val="6F845DE1"/>
    <w:multiLevelType w:val="hybridMultilevel"/>
    <w:tmpl w:val="B4D838A0"/>
    <w:lvl w:ilvl="0" w:tplc="D9C4DAEA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C27040">
      <w:numFmt w:val="bullet"/>
      <w:lvlText w:val="-"/>
      <w:lvlJc w:val="left"/>
      <w:pPr>
        <w:ind w:left="438" w:hanging="197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B238AD6C">
      <w:numFmt w:val="bullet"/>
      <w:lvlText w:val="•"/>
      <w:lvlJc w:val="left"/>
      <w:pPr>
        <w:ind w:left="875" w:hanging="195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3" w:tplc="B6789970">
      <w:numFmt w:val="bullet"/>
      <w:lvlText w:val="•"/>
      <w:lvlJc w:val="left"/>
      <w:pPr>
        <w:ind w:left="2105" w:hanging="195"/>
      </w:pPr>
      <w:rPr>
        <w:rFonts w:hint="default"/>
        <w:lang w:val="ru-RU" w:eastAsia="en-US" w:bidi="ar-SA"/>
      </w:rPr>
    </w:lvl>
    <w:lvl w:ilvl="4" w:tplc="EFC2AB58">
      <w:numFmt w:val="bullet"/>
      <w:lvlText w:val="•"/>
      <w:lvlJc w:val="left"/>
      <w:pPr>
        <w:ind w:left="3331" w:hanging="195"/>
      </w:pPr>
      <w:rPr>
        <w:rFonts w:hint="default"/>
        <w:lang w:val="ru-RU" w:eastAsia="en-US" w:bidi="ar-SA"/>
      </w:rPr>
    </w:lvl>
    <w:lvl w:ilvl="5" w:tplc="FECC9CD2">
      <w:numFmt w:val="bullet"/>
      <w:lvlText w:val="•"/>
      <w:lvlJc w:val="left"/>
      <w:pPr>
        <w:ind w:left="4557" w:hanging="195"/>
      </w:pPr>
      <w:rPr>
        <w:rFonts w:hint="default"/>
        <w:lang w:val="ru-RU" w:eastAsia="en-US" w:bidi="ar-SA"/>
      </w:rPr>
    </w:lvl>
    <w:lvl w:ilvl="6" w:tplc="A118C4EE">
      <w:numFmt w:val="bullet"/>
      <w:lvlText w:val="•"/>
      <w:lvlJc w:val="left"/>
      <w:pPr>
        <w:ind w:left="5783" w:hanging="195"/>
      </w:pPr>
      <w:rPr>
        <w:rFonts w:hint="default"/>
        <w:lang w:val="ru-RU" w:eastAsia="en-US" w:bidi="ar-SA"/>
      </w:rPr>
    </w:lvl>
    <w:lvl w:ilvl="7" w:tplc="91AAACF6">
      <w:numFmt w:val="bullet"/>
      <w:lvlText w:val="•"/>
      <w:lvlJc w:val="left"/>
      <w:pPr>
        <w:ind w:left="7009" w:hanging="195"/>
      </w:pPr>
      <w:rPr>
        <w:rFonts w:hint="default"/>
        <w:lang w:val="ru-RU" w:eastAsia="en-US" w:bidi="ar-SA"/>
      </w:rPr>
    </w:lvl>
    <w:lvl w:ilvl="8" w:tplc="EB5CC188">
      <w:numFmt w:val="bullet"/>
      <w:lvlText w:val="•"/>
      <w:lvlJc w:val="left"/>
      <w:pPr>
        <w:ind w:left="8234" w:hanging="19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2"/>
  </w:num>
  <w:num w:numId="12">
    <w:abstractNumId w:val="19"/>
  </w:num>
  <w:num w:numId="13">
    <w:abstractNumId w:val="10"/>
  </w:num>
  <w:num w:numId="14">
    <w:abstractNumId w:val="16"/>
  </w:num>
  <w:num w:numId="15">
    <w:abstractNumId w:val="15"/>
  </w:num>
  <w:num w:numId="16">
    <w:abstractNumId w:val="14"/>
  </w:num>
  <w:num w:numId="17">
    <w:abstractNumId w:val="13"/>
  </w:num>
  <w:num w:numId="18">
    <w:abstractNumId w:val="18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1607"/>
    <w:rsid w:val="0006063C"/>
    <w:rsid w:val="0007378B"/>
    <w:rsid w:val="000774A6"/>
    <w:rsid w:val="0015074B"/>
    <w:rsid w:val="00197826"/>
    <w:rsid w:val="001B00D3"/>
    <w:rsid w:val="0021123B"/>
    <w:rsid w:val="0028543E"/>
    <w:rsid w:val="0029639D"/>
    <w:rsid w:val="00326F90"/>
    <w:rsid w:val="00396D55"/>
    <w:rsid w:val="00410133"/>
    <w:rsid w:val="005400CE"/>
    <w:rsid w:val="005936B3"/>
    <w:rsid w:val="00624D3F"/>
    <w:rsid w:val="00631ADA"/>
    <w:rsid w:val="00641C4F"/>
    <w:rsid w:val="00680D03"/>
    <w:rsid w:val="006F791A"/>
    <w:rsid w:val="00766B1E"/>
    <w:rsid w:val="007A2AE9"/>
    <w:rsid w:val="008810CE"/>
    <w:rsid w:val="00923A6C"/>
    <w:rsid w:val="00973628"/>
    <w:rsid w:val="00A533A3"/>
    <w:rsid w:val="00AA1D8D"/>
    <w:rsid w:val="00AD4E0E"/>
    <w:rsid w:val="00B47730"/>
    <w:rsid w:val="00CB0664"/>
    <w:rsid w:val="00E11603"/>
    <w:rsid w:val="00F25BF8"/>
    <w:rsid w:val="00FC693F"/>
    <w:rsid w:val="00FE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B6F9C5-288C-4E96-8F11-52B05284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99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1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1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5936B3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5936B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  <w:style w:type="numbering" w:customStyle="1" w:styleId="14">
    <w:name w:val="Нет списка1"/>
    <w:next w:val="a4"/>
    <w:uiPriority w:val="99"/>
    <w:semiHidden/>
    <w:unhideWhenUsed/>
    <w:rsid w:val="00923A6C"/>
  </w:style>
  <w:style w:type="table" w:customStyle="1" w:styleId="TableNormal1">
    <w:name w:val="Table Normal1"/>
    <w:uiPriority w:val="2"/>
    <w:semiHidden/>
    <w:unhideWhenUsed/>
    <w:qFormat/>
    <w:rsid w:val="00923A6C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8">
    <w:name w:val="Hyperlink"/>
    <w:basedOn w:val="a2"/>
    <w:uiPriority w:val="99"/>
    <w:unhideWhenUsed/>
    <w:rsid w:val="006F791A"/>
    <w:rPr>
      <w:color w:val="0000FF" w:themeColor="hyperlink"/>
      <w:u w:val="single"/>
    </w:rPr>
  </w:style>
  <w:style w:type="character" w:styleId="aff9">
    <w:name w:val="FollowedHyperlink"/>
    <w:basedOn w:val="a2"/>
    <w:uiPriority w:val="99"/>
    <w:semiHidden/>
    <w:unhideWhenUsed/>
    <w:rsid w:val="005400CE"/>
    <w:rPr>
      <w:color w:val="800080" w:themeColor="followedHyperlink"/>
      <w:u w:val="single"/>
    </w:rPr>
  </w:style>
  <w:style w:type="paragraph" w:styleId="affa">
    <w:name w:val="Balloon Text"/>
    <w:basedOn w:val="a1"/>
    <w:link w:val="affb"/>
    <w:uiPriority w:val="99"/>
    <w:semiHidden/>
    <w:unhideWhenUsed/>
    <w:rsid w:val="0068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680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resh.edu.ru/su" TargetMode="External"/><Relationship Id="rId47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s://resh.edu.ru/su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resh.edu.ru/su" TargetMode="External"/><Relationship Id="rId11" Type="http://schemas.openxmlformats.org/officeDocument/2006/relationships/hyperlink" Target="http://www.ndce.edu.ru" TargetMode="External"/><Relationship Id="rId32" Type="http://schemas.openxmlformats.org/officeDocument/2006/relationships/hyperlink" Target="https://resh.edu.ru/su" TargetMode="External"/><Relationship Id="rId37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resh.edu.ru/su" TargetMode="External"/><Relationship Id="rId74" Type="http://schemas.openxmlformats.org/officeDocument/2006/relationships/hyperlink" Target="https://resh.edu.ru/su" TargetMode="External"/><Relationship Id="rId79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resh.edu.ru/su" TargetMode="External"/><Relationship Id="rId19" Type="http://schemas.openxmlformats.org/officeDocument/2006/relationships/hyperlink" Target="https://uchi.ru/" TargetMode="External"/><Relationship Id="rId14" Type="http://schemas.openxmlformats.org/officeDocument/2006/relationships/hyperlink" Target="https://resh.edu.ru/su" TargetMode="External"/><Relationship Id="rId22" Type="http://schemas.openxmlformats.org/officeDocument/2006/relationships/hyperlink" Target="https://resh.edu.ru/su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resh.edu.ru/su" TargetMode="External"/><Relationship Id="rId35" Type="http://schemas.openxmlformats.org/officeDocument/2006/relationships/hyperlink" Target="https://uchi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resh.edu.ru/su" TargetMode="External"/><Relationship Id="rId56" Type="http://schemas.openxmlformats.org/officeDocument/2006/relationships/hyperlink" Target="https://resh.edu.ru/su" TargetMode="External"/><Relationship Id="rId64" Type="http://schemas.openxmlformats.org/officeDocument/2006/relationships/hyperlink" Target="https://resh.edu.ru/su" TargetMode="External"/><Relationship Id="rId69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resh.edu.ru/su" TargetMode="External"/><Relationship Id="rId80" Type="http://schemas.openxmlformats.org/officeDocument/2006/relationships/hyperlink" Target="https://resh.edu.ru/su" TargetMode="External"/><Relationship Id="rId3" Type="http://schemas.openxmlformats.org/officeDocument/2006/relationships/styles" Target="styles.xm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resh.edu.ru/su" TargetMode="External"/><Relationship Id="rId46" Type="http://schemas.openxmlformats.org/officeDocument/2006/relationships/hyperlink" Target="https://resh.edu.ru/su" TargetMode="External"/><Relationship Id="rId59" Type="http://schemas.openxmlformats.org/officeDocument/2006/relationships/hyperlink" Target="https://uchi.ru/" TargetMode="External"/><Relationship Id="rId67" Type="http://schemas.openxmlformats.org/officeDocument/2006/relationships/hyperlink" Target="https://uchi.ru/" TargetMode="External"/><Relationship Id="rId20" Type="http://schemas.openxmlformats.org/officeDocument/2006/relationships/hyperlink" Target="https://resh.edu.ru/su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resh.edu.ru/su" TargetMode="External"/><Relationship Id="rId62" Type="http://schemas.openxmlformats.org/officeDocument/2006/relationships/hyperlink" Target="https://resh.edu.ru/su" TargetMode="External"/><Relationship Id="rId70" Type="http://schemas.openxmlformats.org/officeDocument/2006/relationships/hyperlink" Target="https://resh.edu.ru/su" TargetMode="External"/><Relationship Id="rId75" Type="http://schemas.openxmlformats.org/officeDocument/2006/relationships/hyperlink" Target="https://uchi.ru/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resh.edu.ru/su" TargetMode="External"/><Relationship Id="rId36" Type="http://schemas.openxmlformats.org/officeDocument/2006/relationships/hyperlink" Target="https://resh.edu.ru/su" TargetMode="External"/><Relationship Id="rId49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" Type="http://schemas.openxmlformats.org/officeDocument/2006/relationships/hyperlink" Target="http://nachalka.com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resh.edu.ru/su" TargetMode="External"/><Relationship Id="rId52" Type="http://schemas.openxmlformats.org/officeDocument/2006/relationships/hyperlink" Target="https://resh.edu.ru/su" TargetMode="External"/><Relationship Id="rId60" Type="http://schemas.openxmlformats.org/officeDocument/2006/relationships/hyperlink" Target="https://resh.edu.ru/su" TargetMode="External"/><Relationship Id="rId65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s://resh.edu.ru/su" TargetMode="External"/><Relationship Id="rId81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resh.edu.ru/su" TargetMode="External"/><Relationship Id="rId39" Type="http://schemas.openxmlformats.org/officeDocument/2006/relationships/hyperlink" Target="https://uchi.ru/" TargetMode="External"/><Relationship Id="rId34" Type="http://schemas.openxmlformats.org/officeDocument/2006/relationships/hyperlink" Target="https://resh.edu.ru/su" TargetMode="External"/><Relationship Id="rId50" Type="http://schemas.openxmlformats.org/officeDocument/2006/relationships/hyperlink" Target="https://resh.edu.ru/su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resh.edu.ru/s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resh.edu.ru/su" TargetMode="External"/><Relationship Id="rId40" Type="http://schemas.openxmlformats.org/officeDocument/2006/relationships/hyperlink" Target="https://resh.edu.ru/su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resh.edu.ru/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91EBA6-261A-4346-B825-37906286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8572</Words>
  <Characters>48862</Characters>
  <Application>Microsoft Office Word</Application>
  <DocSecurity>0</DocSecurity>
  <Lines>407</Lines>
  <Paragraphs>114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57320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10</cp:revision>
  <cp:lastPrinted>2022-10-06T10:22:00Z</cp:lastPrinted>
  <dcterms:created xsi:type="dcterms:W3CDTF">2013-12-23T23:15:00Z</dcterms:created>
  <dcterms:modified xsi:type="dcterms:W3CDTF">2023-06-14T04:47:00Z</dcterms:modified>
  <cp:category/>
</cp:coreProperties>
</file>